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0DED3" w14:textId="77777777" w:rsidR="00FD0B16" w:rsidRPr="0062141C" w:rsidRDefault="00863C95">
      <w:pPr>
        <w:pStyle w:val="Titel"/>
        <w:spacing w:after="60" w:line="259" w:lineRule="auto"/>
      </w:pPr>
      <w:r w:rsidRPr="0062141C">
        <w:rPr>
          <w:rFonts w:ascii="Calibri" w:eastAsia="Calibri" w:hAnsi="Calibri"/>
          <w:b/>
          <w:color w:val="000000"/>
          <w:sz w:val="40"/>
        </w:rPr>
        <w:t>Podcast over mijn onderzoek</w:t>
      </w:r>
    </w:p>
    <w:p w14:paraId="647113B3" w14:textId="77777777" w:rsidR="00FD0B16" w:rsidRPr="0062141C" w:rsidRDefault="00863C95">
      <w:pPr>
        <w:spacing w:line="259" w:lineRule="auto"/>
      </w:pPr>
      <w:proofErr w:type="spellStart"/>
      <w:r w:rsidRPr="0062141C">
        <w:rPr>
          <w:color w:val="1F4E78"/>
          <w:sz w:val="22"/>
        </w:rPr>
        <w:t>Onderzoekscompetenties</w:t>
      </w:r>
      <w:proofErr w:type="spellEnd"/>
      <w:r w:rsidRPr="0062141C">
        <w:rPr>
          <w:color w:val="1F4E78"/>
          <w:sz w:val="22"/>
        </w:rPr>
        <w:t xml:space="preserve">  |  Individuele opdracht</w:t>
      </w:r>
    </w:p>
    <w:tbl>
      <w:tblPr>
        <w:tblW w:w="0" w:type="auto"/>
        <w:tblLayout w:type="fixed"/>
        <w:tblLook w:val="04A0" w:firstRow="1" w:lastRow="0" w:firstColumn="1" w:lastColumn="0" w:noHBand="0" w:noVBand="1"/>
      </w:tblPr>
      <w:tblGrid>
        <w:gridCol w:w="4819"/>
        <w:gridCol w:w="4819"/>
      </w:tblGrid>
      <w:tr w:rsidR="00FD0B16" w:rsidRPr="0062141C" w14:paraId="5B2226DD" w14:textId="77777777">
        <w:tc>
          <w:tcPr>
            <w:tcW w:w="4819" w:type="dxa"/>
            <w:tcBorders>
              <w:top w:val="single" w:sz="6" w:space="0" w:color="D9E1E8"/>
              <w:left w:val="single" w:sz="6" w:space="0" w:color="D9E1E8"/>
              <w:bottom w:val="single" w:sz="6" w:space="0" w:color="D9E1E8"/>
              <w:right w:val="single" w:sz="6" w:space="0" w:color="D9E1E8"/>
            </w:tcBorders>
            <w:shd w:val="clear" w:color="auto" w:fill="F4F8FC"/>
            <w:tcMar>
              <w:top w:w="105" w:type="dxa"/>
              <w:left w:w="135" w:type="dxa"/>
              <w:bottom w:w="105" w:type="dxa"/>
              <w:right w:w="135" w:type="dxa"/>
            </w:tcMar>
            <w:vAlign w:val="center"/>
          </w:tcPr>
          <w:p w14:paraId="610DAC11" w14:textId="77777777" w:rsidR="00FD0B16" w:rsidRPr="0062141C" w:rsidRDefault="00863C95">
            <w:pPr>
              <w:spacing w:after="0" w:line="252" w:lineRule="auto"/>
            </w:pPr>
            <w:r w:rsidRPr="0062141C">
              <w:rPr>
                <w:color w:val="1E293B"/>
                <w:sz w:val="20"/>
              </w:rPr>
              <w:t>Naam: ____________________________________</w:t>
            </w:r>
          </w:p>
        </w:tc>
        <w:tc>
          <w:tcPr>
            <w:tcW w:w="4819" w:type="dxa"/>
            <w:tcBorders>
              <w:top w:val="single" w:sz="6" w:space="0" w:color="D9E1E8"/>
              <w:left w:val="single" w:sz="6" w:space="0" w:color="D9E1E8"/>
              <w:bottom w:val="single" w:sz="6" w:space="0" w:color="D9E1E8"/>
              <w:right w:val="single" w:sz="6" w:space="0" w:color="D9E1E8"/>
            </w:tcBorders>
            <w:shd w:val="clear" w:color="auto" w:fill="F4F8FC"/>
            <w:tcMar>
              <w:top w:w="105" w:type="dxa"/>
              <w:left w:w="135" w:type="dxa"/>
              <w:bottom w:w="105" w:type="dxa"/>
              <w:right w:w="135" w:type="dxa"/>
            </w:tcMar>
            <w:vAlign w:val="center"/>
          </w:tcPr>
          <w:p w14:paraId="648EF38C" w14:textId="77777777" w:rsidR="00FD0B16" w:rsidRPr="0062141C" w:rsidRDefault="00863C95">
            <w:pPr>
              <w:spacing w:after="0" w:line="252" w:lineRule="auto"/>
            </w:pPr>
            <w:r w:rsidRPr="0062141C">
              <w:rPr>
                <w:color w:val="1E293B"/>
                <w:sz w:val="20"/>
              </w:rPr>
              <w:t>Klas: _____________________________________</w:t>
            </w:r>
          </w:p>
        </w:tc>
      </w:tr>
      <w:tr w:rsidR="00AB4455" w:rsidRPr="0062141C" w14:paraId="676F4C4E" w14:textId="77777777" w:rsidTr="00ED35E5">
        <w:tc>
          <w:tcPr>
            <w:tcW w:w="9638" w:type="dxa"/>
            <w:gridSpan w:val="2"/>
            <w:tcBorders>
              <w:top w:val="single" w:sz="6" w:space="0" w:color="D9E1E8"/>
              <w:left w:val="single" w:sz="6" w:space="0" w:color="D9E1E8"/>
              <w:bottom w:val="single" w:sz="6" w:space="0" w:color="D9E1E8"/>
              <w:right w:val="single" w:sz="6" w:space="0" w:color="D9E1E8"/>
            </w:tcBorders>
            <w:shd w:val="clear" w:color="auto" w:fill="F4F8FC"/>
            <w:tcMar>
              <w:top w:w="105" w:type="dxa"/>
              <w:left w:w="135" w:type="dxa"/>
              <w:bottom w:w="105" w:type="dxa"/>
              <w:right w:w="135" w:type="dxa"/>
            </w:tcMar>
            <w:vAlign w:val="center"/>
          </w:tcPr>
          <w:p w14:paraId="6A981520" w14:textId="4867CA74" w:rsidR="00AB4455" w:rsidRPr="0062141C" w:rsidRDefault="00AB4455">
            <w:pPr>
              <w:spacing w:after="0" w:line="252" w:lineRule="auto"/>
            </w:pPr>
            <w:r w:rsidRPr="0062141C">
              <w:rPr>
                <w:color w:val="1E293B"/>
                <w:sz w:val="20"/>
              </w:rPr>
              <w:t>Onderzoeksthema: __________________________</w:t>
            </w:r>
          </w:p>
        </w:tc>
      </w:tr>
    </w:tbl>
    <w:p w14:paraId="33CF4AD1" w14:textId="77777777" w:rsidR="00FD0B16" w:rsidRPr="0062141C" w:rsidRDefault="00FD0B16">
      <w:pPr>
        <w:spacing w:after="100" w:line="259" w:lineRule="auto"/>
      </w:pPr>
    </w:p>
    <w:p w14:paraId="3275FEC8" w14:textId="77777777" w:rsidR="00FD0B16" w:rsidRPr="0062141C" w:rsidRDefault="00863C95">
      <w:pPr>
        <w:spacing w:after="60" w:line="259" w:lineRule="auto"/>
      </w:pPr>
      <w:r w:rsidRPr="0062141C">
        <w:rPr>
          <w:b/>
          <w:color w:val="000000"/>
          <w:sz w:val="24"/>
        </w:rPr>
        <w:t>Opdracht</w:t>
      </w:r>
    </w:p>
    <w:p w14:paraId="73BC03BD" w14:textId="296D7B6D" w:rsidR="00FD0B16" w:rsidRPr="0062141C" w:rsidRDefault="00863C95">
      <w:pPr>
        <w:spacing w:after="120" w:line="259" w:lineRule="auto"/>
      </w:pPr>
      <w:r w:rsidRPr="0062141C">
        <w:rPr>
          <w:color w:val="1E293B"/>
        </w:rPr>
        <w:t>Maak individueel een onderbouwde podcast over je eigen onderzoeksveld. Je podcast duurt minstens 15 minuten en helpt een luisteraar om jouw onderwerp</w:t>
      </w:r>
      <w:r w:rsidRPr="0062141C">
        <w:rPr>
          <w:color w:val="1E293B"/>
        </w:rPr>
        <w:t xml:space="preserve"> en inzichten beter te begrijpen.</w:t>
      </w:r>
    </w:p>
    <w:p w14:paraId="0EE855A3" w14:textId="77777777" w:rsidR="00FD0B16" w:rsidRPr="0062141C" w:rsidRDefault="00863C95">
      <w:pPr>
        <w:spacing w:after="160" w:line="259" w:lineRule="auto"/>
        <w:rPr>
          <w:color w:val="1E293B"/>
          <w:sz w:val="20"/>
        </w:rPr>
      </w:pPr>
      <w:r w:rsidRPr="0062141C">
        <w:rPr>
          <w:color w:val="1E293B"/>
          <w:sz w:val="20"/>
        </w:rPr>
        <w:t>Je bouwt je podcast op met betrouwbare bronnen. Je mag een gast uitnodigen, een kort interview gebruiken, geluiden inzetten of een andere bewuste keuze maken om je podcast dynamisch te houden. Je blijft zelf verantwoordelijk voor de inhoud en vermeldt duidelijk welke informatie uit welke bron komt.</w:t>
      </w:r>
    </w:p>
    <w:p w14:paraId="29D89548" w14:textId="77777777" w:rsidR="0062141C" w:rsidRPr="0062141C" w:rsidRDefault="0062141C">
      <w:pPr>
        <w:spacing w:after="160" w:line="259" w:lineRule="auto"/>
      </w:pPr>
    </w:p>
    <w:tbl>
      <w:tblPr>
        <w:tblW w:w="0" w:type="auto"/>
        <w:tblLayout w:type="fixed"/>
        <w:tblLook w:val="04A0" w:firstRow="1" w:lastRow="0" w:firstColumn="1" w:lastColumn="0" w:noHBand="0" w:noVBand="1"/>
      </w:tblPr>
      <w:tblGrid>
        <w:gridCol w:w="680"/>
        <w:gridCol w:w="8958"/>
      </w:tblGrid>
      <w:tr w:rsidR="00FD0B16" w:rsidRPr="0062141C" w14:paraId="445CC810" w14:textId="77777777">
        <w:tc>
          <w:tcPr>
            <w:tcW w:w="680" w:type="dxa"/>
            <w:tcBorders>
              <w:top w:val="single" w:sz="6" w:space="0" w:color="D9E1E8"/>
              <w:left w:val="single" w:sz="6" w:space="0" w:color="D9E1E8"/>
              <w:bottom w:val="single" w:sz="6" w:space="0" w:color="D9E1E8"/>
              <w:right w:val="single" w:sz="6" w:space="0" w:color="D9E1E8"/>
            </w:tcBorders>
            <w:shd w:val="clear" w:color="auto" w:fill="1F4E78"/>
            <w:tcMar>
              <w:top w:w="105" w:type="dxa"/>
              <w:left w:w="135" w:type="dxa"/>
              <w:bottom w:w="105" w:type="dxa"/>
              <w:right w:w="135" w:type="dxa"/>
            </w:tcMar>
            <w:vAlign w:val="center"/>
          </w:tcPr>
          <w:p w14:paraId="0229F7F4" w14:textId="77777777" w:rsidR="00FD0B16" w:rsidRPr="0062141C" w:rsidRDefault="00863C95">
            <w:pPr>
              <w:spacing w:after="0" w:line="252" w:lineRule="auto"/>
              <w:jc w:val="center"/>
            </w:pPr>
            <w:r w:rsidRPr="0062141C">
              <w:rPr>
                <w:b/>
                <w:color w:val="FFFFFF"/>
                <w:sz w:val="24"/>
              </w:rPr>
              <w:t>1</w:t>
            </w:r>
          </w:p>
        </w:tc>
        <w:tc>
          <w:tcPr>
            <w:tcW w:w="8958" w:type="dxa"/>
            <w:tcBorders>
              <w:top w:val="single" w:sz="6" w:space="0" w:color="D9E1E8"/>
              <w:left w:val="single" w:sz="6" w:space="0" w:color="D9E1E8"/>
              <w:bottom w:val="single" w:sz="6" w:space="0" w:color="D9E1E8"/>
              <w:right w:val="single" w:sz="6" w:space="0" w:color="D9E1E8"/>
            </w:tcBorders>
            <w:shd w:val="clear" w:color="auto" w:fill="D9EAF7"/>
            <w:tcMar>
              <w:top w:w="105" w:type="dxa"/>
              <w:left w:w="135" w:type="dxa"/>
              <w:bottom w:w="105" w:type="dxa"/>
              <w:right w:w="135" w:type="dxa"/>
            </w:tcMar>
            <w:vAlign w:val="center"/>
          </w:tcPr>
          <w:p w14:paraId="1F1A05CA" w14:textId="77777777" w:rsidR="00FD0B16" w:rsidRPr="0062141C" w:rsidRDefault="00863C95">
            <w:pPr>
              <w:spacing w:after="0" w:line="252" w:lineRule="auto"/>
            </w:pPr>
            <w:r w:rsidRPr="0062141C">
              <w:rPr>
                <w:b/>
                <w:color w:val="1F4E78"/>
                <w:sz w:val="24"/>
              </w:rPr>
              <w:t>Bepaal je onderwerp en je luisteraar</w:t>
            </w:r>
          </w:p>
        </w:tc>
      </w:tr>
    </w:tbl>
    <w:p w14:paraId="66B5CB25" w14:textId="77777777" w:rsidR="0062141C" w:rsidRDefault="0062141C">
      <w:pPr>
        <w:spacing w:before="60" w:after="140" w:line="259" w:lineRule="auto"/>
        <w:rPr>
          <w:color w:val="1E293B"/>
          <w:sz w:val="20"/>
        </w:rPr>
      </w:pPr>
    </w:p>
    <w:p w14:paraId="3673E8B4" w14:textId="78C63395" w:rsidR="00FD0B16" w:rsidRPr="0062141C" w:rsidRDefault="00863C95">
      <w:pPr>
        <w:spacing w:before="60" w:after="140" w:line="259" w:lineRule="auto"/>
      </w:pPr>
      <w:r w:rsidRPr="0062141C">
        <w:rPr>
          <w:color w:val="1E293B"/>
          <w:sz w:val="20"/>
        </w:rPr>
        <w:t>Vertrek van je eigen onderzoeksveld. Kies één duidelijke invalshoek: je podcast is geen algemene spreekbeurt, maar een onderbouwd verhaal met een heldere focus.</w:t>
      </w:r>
    </w:p>
    <w:p w14:paraId="17B30188" w14:textId="77777777" w:rsidR="00FD0B16" w:rsidRPr="0062141C" w:rsidRDefault="00863C95">
      <w:pPr>
        <w:spacing w:after="40" w:line="259" w:lineRule="auto"/>
      </w:pPr>
      <w:r w:rsidRPr="0062141C">
        <w:rPr>
          <w:b/>
          <w:color w:val="1E293B"/>
          <w:sz w:val="20"/>
        </w:rPr>
        <w:t>Mijn werktitel</w:t>
      </w:r>
    </w:p>
    <w:tbl>
      <w:tblPr>
        <w:tblW w:w="0" w:type="auto"/>
        <w:tblLayout w:type="fixed"/>
        <w:tblLook w:val="04A0" w:firstRow="1" w:lastRow="0" w:firstColumn="1" w:lastColumn="0" w:noHBand="0" w:noVBand="1"/>
      </w:tblPr>
      <w:tblGrid>
        <w:gridCol w:w="9639"/>
      </w:tblGrid>
      <w:tr w:rsidR="00FD0B16" w:rsidRPr="0062141C" w14:paraId="643C9CB3" w14:textId="77777777">
        <w:tc>
          <w:tcPr>
            <w:tcW w:w="9639"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494E8477" w14:textId="77777777" w:rsidR="00FD0B16" w:rsidRPr="0062141C" w:rsidRDefault="00FD0B16">
            <w:pPr>
              <w:spacing w:after="0" w:line="252" w:lineRule="auto"/>
            </w:pPr>
          </w:p>
        </w:tc>
      </w:tr>
    </w:tbl>
    <w:p w14:paraId="04546635" w14:textId="77777777" w:rsidR="00FD0B16" w:rsidRPr="0062141C" w:rsidRDefault="00FD0B16">
      <w:pPr>
        <w:spacing w:after="60" w:line="259" w:lineRule="auto"/>
      </w:pPr>
    </w:p>
    <w:p w14:paraId="34E1B74D" w14:textId="77777777" w:rsidR="00FD0B16" w:rsidRPr="0062141C" w:rsidRDefault="00863C95">
      <w:pPr>
        <w:spacing w:after="40" w:line="259" w:lineRule="auto"/>
      </w:pPr>
      <w:r w:rsidRPr="0062141C">
        <w:rPr>
          <w:b/>
          <w:color w:val="1E293B"/>
          <w:sz w:val="20"/>
        </w:rPr>
        <w:t>Mijn centrale vraag of boodschap</w:t>
      </w:r>
    </w:p>
    <w:p w14:paraId="5241D9B7" w14:textId="77777777" w:rsidR="00FD0B16" w:rsidRPr="0062141C" w:rsidRDefault="00863C95">
      <w:pPr>
        <w:spacing w:after="60" w:line="259" w:lineRule="auto"/>
      </w:pPr>
      <w:r w:rsidRPr="0062141C">
        <w:rPr>
          <w:color w:val="526579"/>
          <w:sz w:val="18"/>
        </w:rPr>
        <w:t>Wat moet een luisteraar na jouw podcast begrijpen?</w:t>
      </w:r>
    </w:p>
    <w:tbl>
      <w:tblPr>
        <w:tblW w:w="0" w:type="auto"/>
        <w:tblLayout w:type="fixed"/>
        <w:tblLook w:val="04A0" w:firstRow="1" w:lastRow="0" w:firstColumn="1" w:lastColumn="0" w:noHBand="0" w:noVBand="1"/>
      </w:tblPr>
      <w:tblGrid>
        <w:gridCol w:w="10200"/>
      </w:tblGrid>
      <w:tr w:rsidR="00FD0B16" w:rsidRPr="0062141C" w14:paraId="0F87EDA0" w14:textId="77777777">
        <w:tc>
          <w:tcPr>
            <w:tcW w:w="9639"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434A2C07" w14:textId="77777777" w:rsidR="00FD0B16" w:rsidRPr="0062141C" w:rsidRDefault="00FD0B16">
            <w:pPr>
              <w:spacing w:after="0" w:line="252" w:lineRule="auto"/>
            </w:pPr>
          </w:p>
        </w:tc>
      </w:tr>
      <w:tr w:rsidR="00FD0B16" w:rsidRPr="0062141C" w14:paraId="4807B16B" w14:textId="77777777">
        <w:tc>
          <w:tcPr>
            <w:tcW w:w="10200"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6CB3C7DF" w14:textId="77777777" w:rsidR="00FD0B16" w:rsidRPr="0062141C" w:rsidRDefault="00FD0B16">
            <w:pPr>
              <w:spacing w:after="0" w:line="252" w:lineRule="auto"/>
            </w:pPr>
          </w:p>
        </w:tc>
      </w:tr>
    </w:tbl>
    <w:p w14:paraId="6A2E3600" w14:textId="77777777" w:rsidR="00FD0B16" w:rsidRPr="0062141C" w:rsidRDefault="00FD0B16">
      <w:pPr>
        <w:spacing w:after="60" w:line="259" w:lineRule="auto"/>
      </w:pPr>
    </w:p>
    <w:p w14:paraId="09DA9FEE" w14:textId="77777777" w:rsidR="00FD0B16" w:rsidRPr="0062141C" w:rsidRDefault="00863C95">
      <w:pPr>
        <w:spacing w:after="40" w:line="259" w:lineRule="auto"/>
      </w:pPr>
      <w:r w:rsidRPr="0062141C">
        <w:rPr>
          <w:b/>
          <w:color w:val="1E293B"/>
          <w:sz w:val="20"/>
        </w:rPr>
        <w:t>Voor wie maak ik deze podcast?</w:t>
      </w:r>
    </w:p>
    <w:p w14:paraId="23361F97" w14:textId="77777777" w:rsidR="00FD0B16" w:rsidRPr="0062141C" w:rsidRDefault="00863C95">
      <w:pPr>
        <w:spacing w:after="60" w:line="259" w:lineRule="auto"/>
      </w:pPr>
      <w:r w:rsidRPr="0062141C">
        <w:rPr>
          <w:color w:val="526579"/>
          <w:sz w:val="18"/>
        </w:rPr>
        <w:t>Bijvoorbeeld: leeftijdsgenoten, leerlingen, ouders, sporters of een breed publiek.</w:t>
      </w:r>
    </w:p>
    <w:tbl>
      <w:tblPr>
        <w:tblW w:w="0" w:type="auto"/>
        <w:tblLayout w:type="fixed"/>
        <w:tblLook w:val="04A0" w:firstRow="1" w:lastRow="0" w:firstColumn="1" w:lastColumn="0" w:noHBand="0" w:noVBand="1"/>
      </w:tblPr>
      <w:tblGrid>
        <w:gridCol w:w="9639"/>
      </w:tblGrid>
      <w:tr w:rsidR="00FD0B16" w:rsidRPr="0062141C" w14:paraId="73C22747" w14:textId="77777777">
        <w:tc>
          <w:tcPr>
            <w:tcW w:w="9639"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6E66AB2F" w14:textId="77777777" w:rsidR="00FD0B16" w:rsidRPr="0062141C" w:rsidRDefault="00FD0B16">
            <w:pPr>
              <w:spacing w:after="0" w:line="252" w:lineRule="auto"/>
            </w:pPr>
          </w:p>
        </w:tc>
      </w:tr>
    </w:tbl>
    <w:p w14:paraId="7A69BCB6" w14:textId="77777777" w:rsidR="00FD0B16" w:rsidRPr="0062141C" w:rsidRDefault="00FD0B16">
      <w:pPr>
        <w:spacing w:after="60" w:line="259" w:lineRule="auto"/>
      </w:pPr>
    </w:p>
    <w:p w14:paraId="45797DF0" w14:textId="77777777" w:rsidR="00FD0B16" w:rsidRPr="0062141C" w:rsidRDefault="00863C95">
      <w:pPr>
        <w:spacing w:after="40" w:line="259" w:lineRule="auto"/>
      </w:pPr>
      <w:r w:rsidRPr="0062141C">
        <w:rPr>
          <w:b/>
          <w:color w:val="1E293B"/>
          <w:sz w:val="20"/>
        </w:rPr>
        <w:t>Mijn keuze voor dynamiek</w:t>
      </w:r>
    </w:p>
    <w:p w14:paraId="60E148B6" w14:textId="77777777" w:rsidR="00FD0B16" w:rsidRPr="0062141C" w:rsidRDefault="00863C95">
      <w:pPr>
        <w:spacing w:after="60" w:line="259" w:lineRule="auto"/>
      </w:pPr>
      <w:r w:rsidRPr="0062141C">
        <w:rPr>
          <w:color w:val="526579"/>
          <w:sz w:val="18"/>
        </w:rPr>
        <w:t>☐</w:t>
      </w:r>
      <w:r w:rsidRPr="0062141C">
        <w:rPr>
          <w:color w:val="526579"/>
          <w:sz w:val="18"/>
        </w:rPr>
        <w:t xml:space="preserve"> gast of interview   ☐ eigen voorbeelden   ☐ korte fragmenten   ☐ geluiden of muziek zonder auteursrechtelijke problemen   ☐ andere: ...</w:t>
      </w:r>
    </w:p>
    <w:tbl>
      <w:tblPr>
        <w:tblW w:w="0" w:type="auto"/>
        <w:tblLayout w:type="fixed"/>
        <w:tblLook w:val="04A0" w:firstRow="1" w:lastRow="0" w:firstColumn="1" w:lastColumn="0" w:noHBand="0" w:noVBand="1"/>
      </w:tblPr>
      <w:tblGrid>
        <w:gridCol w:w="10200"/>
      </w:tblGrid>
      <w:tr w:rsidR="00FD0B16" w:rsidRPr="0062141C" w14:paraId="0AA459F2" w14:textId="77777777">
        <w:tc>
          <w:tcPr>
            <w:tcW w:w="9639"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3DAF56DE" w14:textId="77777777" w:rsidR="00FD0B16" w:rsidRPr="0062141C" w:rsidRDefault="00FD0B16">
            <w:pPr>
              <w:spacing w:after="0" w:line="252" w:lineRule="auto"/>
            </w:pPr>
          </w:p>
        </w:tc>
      </w:tr>
      <w:tr w:rsidR="00FD0B16" w:rsidRPr="0062141C" w14:paraId="561263BC" w14:textId="77777777">
        <w:tc>
          <w:tcPr>
            <w:tcW w:w="10200"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5E1B3D7A" w14:textId="77777777" w:rsidR="00FD0B16" w:rsidRPr="0062141C" w:rsidRDefault="00FD0B16">
            <w:pPr>
              <w:spacing w:after="0" w:line="252" w:lineRule="auto"/>
            </w:pPr>
          </w:p>
        </w:tc>
      </w:tr>
    </w:tbl>
    <w:p w14:paraId="1A890B26" w14:textId="77777777" w:rsidR="00FD0B16" w:rsidRDefault="00FD0B16">
      <w:pPr>
        <w:spacing w:after="60" w:line="259" w:lineRule="auto"/>
      </w:pPr>
    </w:p>
    <w:p w14:paraId="7C2D8BD1" w14:textId="77777777" w:rsidR="0062141C" w:rsidRDefault="0062141C">
      <w:pPr>
        <w:spacing w:after="60" w:line="259" w:lineRule="auto"/>
      </w:pPr>
    </w:p>
    <w:p w14:paraId="647BFC5B" w14:textId="77777777" w:rsidR="0062141C" w:rsidRDefault="0062141C">
      <w:pPr>
        <w:spacing w:after="60" w:line="259" w:lineRule="auto"/>
      </w:pPr>
    </w:p>
    <w:tbl>
      <w:tblPr>
        <w:tblW w:w="0" w:type="auto"/>
        <w:tblLayout w:type="fixed"/>
        <w:tblLook w:val="04A0" w:firstRow="1" w:lastRow="0" w:firstColumn="1" w:lastColumn="0" w:noHBand="0" w:noVBand="1"/>
      </w:tblPr>
      <w:tblGrid>
        <w:gridCol w:w="680"/>
        <w:gridCol w:w="8958"/>
      </w:tblGrid>
      <w:tr w:rsidR="0062141C" w:rsidRPr="0062141C" w14:paraId="0D02F417" w14:textId="77777777" w:rsidTr="00954AEF">
        <w:tc>
          <w:tcPr>
            <w:tcW w:w="680" w:type="dxa"/>
            <w:tcBorders>
              <w:top w:val="single" w:sz="6" w:space="0" w:color="D9E1E8"/>
              <w:left w:val="single" w:sz="6" w:space="0" w:color="D9E1E8"/>
              <w:bottom w:val="single" w:sz="6" w:space="0" w:color="D9E1E8"/>
              <w:right w:val="single" w:sz="6" w:space="0" w:color="D9E1E8"/>
            </w:tcBorders>
            <w:shd w:val="clear" w:color="auto" w:fill="1F4E78"/>
            <w:tcMar>
              <w:top w:w="105" w:type="dxa"/>
              <w:left w:w="135" w:type="dxa"/>
              <w:bottom w:w="105" w:type="dxa"/>
              <w:right w:w="135" w:type="dxa"/>
            </w:tcMar>
            <w:vAlign w:val="center"/>
          </w:tcPr>
          <w:p w14:paraId="7256D076" w14:textId="363418D7" w:rsidR="0062141C" w:rsidRPr="0062141C" w:rsidRDefault="0062141C" w:rsidP="00954AEF">
            <w:pPr>
              <w:spacing w:after="0" w:line="252" w:lineRule="auto"/>
              <w:jc w:val="center"/>
            </w:pPr>
            <w:r>
              <w:rPr>
                <w:b/>
                <w:color w:val="FFFFFF"/>
                <w:sz w:val="24"/>
              </w:rPr>
              <w:lastRenderedPageBreak/>
              <w:t>2</w:t>
            </w:r>
          </w:p>
        </w:tc>
        <w:tc>
          <w:tcPr>
            <w:tcW w:w="8958" w:type="dxa"/>
            <w:tcBorders>
              <w:top w:val="single" w:sz="6" w:space="0" w:color="D9E1E8"/>
              <w:left w:val="single" w:sz="6" w:space="0" w:color="D9E1E8"/>
              <w:bottom w:val="single" w:sz="6" w:space="0" w:color="D9E1E8"/>
              <w:right w:val="single" w:sz="6" w:space="0" w:color="D9E1E8"/>
            </w:tcBorders>
            <w:shd w:val="clear" w:color="auto" w:fill="D9EAF7"/>
            <w:tcMar>
              <w:top w:w="105" w:type="dxa"/>
              <w:left w:w="135" w:type="dxa"/>
              <w:bottom w:w="105" w:type="dxa"/>
              <w:right w:w="135" w:type="dxa"/>
            </w:tcMar>
            <w:vAlign w:val="center"/>
          </w:tcPr>
          <w:p w14:paraId="07882513" w14:textId="3688EEA9" w:rsidR="0062141C" w:rsidRPr="0062141C" w:rsidRDefault="0062141C" w:rsidP="00954AEF">
            <w:pPr>
              <w:spacing w:after="0" w:line="252" w:lineRule="auto"/>
            </w:pPr>
            <w:r w:rsidRPr="0062141C">
              <w:rPr>
                <w:b/>
                <w:color w:val="1F4E78"/>
                <w:sz w:val="24"/>
              </w:rPr>
              <w:t>Maak je denkwerk zichtbaar</w:t>
            </w:r>
          </w:p>
        </w:tc>
      </w:tr>
    </w:tbl>
    <w:p w14:paraId="455AD3F2" w14:textId="77777777" w:rsidR="0062141C" w:rsidRDefault="0062141C" w:rsidP="0062141C">
      <w:pPr>
        <w:spacing w:before="60" w:after="140" w:line="259" w:lineRule="auto"/>
        <w:rPr>
          <w:color w:val="1E293B"/>
          <w:sz w:val="20"/>
        </w:rPr>
      </w:pPr>
    </w:p>
    <w:p w14:paraId="4881D097" w14:textId="3E38A7BB" w:rsidR="0062141C" w:rsidRDefault="0062141C" w:rsidP="0062141C">
      <w:pPr>
        <w:spacing w:before="60" w:after="140" w:line="259" w:lineRule="auto"/>
        <w:rPr>
          <w:color w:val="1E293B"/>
          <w:sz w:val="20"/>
        </w:rPr>
      </w:pPr>
      <w:r w:rsidRPr="0062141C">
        <w:rPr>
          <w:color w:val="1E293B"/>
          <w:sz w:val="20"/>
        </w:rPr>
        <w:t>Noteer korte steekwoorden, keuzes, voorbeelden en aanpassingen. Gebruik geen volledig door AI geschreven tekst als script: de podcast moet jouw eigen stem, redenering en formulering laten horen.</w:t>
      </w:r>
    </w:p>
    <w:p w14:paraId="372C1D5A" w14:textId="5EAB0D72" w:rsidR="0062141C" w:rsidRPr="0062141C" w:rsidRDefault="0062141C" w:rsidP="0062141C">
      <w:pPr>
        <w:rPr>
          <w:sz w:val="20"/>
          <w:szCs w:val="20"/>
        </w:rPr>
      </w:pPr>
      <w:r w:rsidRPr="0062141C">
        <w:rPr>
          <w:sz w:val="20"/>
          <w:szCs w:val="20"/>
        </w:rPr>
        <w:t xml:space="preserve">Maak een mindmap van je brainstorm (bijvoorbeeld in </w:t>
      </w:r>
      <w:proofErr w:type="spellStart"/>
      <w:r w:rsidRPr="0062141C">
        <w:rPr>
          <w:sz w:val="20"/>
          <w:szCs w:val="20"/>
        </w:rPr>
        <w:t>Canva</w:t>
      </w:r>
      <w:proofErr w:type="spellEnd"/>
      <w:r w:rsidRPr="0062141C">
        <w:rPr>
          <w:sz w:val="20"/>
          <w:szCs w:val="20"/>
        </w:rPr>
        <w:t xml:space="preserve">) en </w:t>
      </w:r>
      <w:r w:rsidRPr="0062141C">
        <w:rPr>
          <w:sz w:val="20"/>
          <w:szCs w:val="20"/>
        </w:rPr>
        <w:t>kleef deze hieronder</w:t>
      </w:r>
      <w:r w:rsidRPr="0062141C">
        <w:rPr>
          <w:sz w:val="20"/>
          <w:szCs w:val="20"/>
        </w:rPr>
        <w:t xml:space="preserve">. </w:t>
      </w:r>
    </w:p>
    <w:p w14:paraId="167D8135" w14:textId="77777777" w:rsidR="00FD0B16" w:rsidRPr="0062141C" w:rsidRDefault="00863C95">
      <w:r w:rsidRPr="0062141C">
        <w:br w:type="page"/>
      </w:r>
    </w:p>
    <w:tbl>
      <w:tblPr>
        <w:tblW w:w="0" w:type="auto"/>
        <w:tblLayout w:type="fixed"/>
        <w:tblLook w:val="04A0" w:firstRow="1" w:lastRow="0" w:firstColumn="1" w:lastColumn="0" w:noHBand="0" w:noVBand="1"/>
      </w:tblPr>
      <w:tblGrid>
        <w:gridCol w:w="680"/>
        <w:gridCol w:w="8958"/>
      </w:tblGrid>
      <w:tr w:rsidR="00FD0B16" w:rsidRPr="0062141C" w14:paraId="3D615F46" w14:textId="77777777">
        <w:tc>
          <w:tcPr>
            <w:tcW w:w="680" w:type="dxa"/>
            <w:tcBorders>
              <w:top w:val="single" w:sz="6" w:space="0" w:color="D9E1E8"/>
              <w:left w:val="single" w:sz="6" w:space="0" w:color="D9E1E8"/>
              <w:bottom w:val="single" w:sz="6" w:space="0" w:color="D9E1E8"/>
              <w:right w:val="single" w:sz="6" w:space="0" w:color="D9E1E8"/>
            </w:tcBorders>
            <w:shd w:val="clear" w:color="auto" w:fill="1F4E78"/>
            <w:tcMar>
              <w:top w:w="105" w:type="dxa"/>
              <w:left w:w="135" w:type="dxa"/>
              <w:bottom w:w="105" w:type="dxa"/>
              <w:right w:w="135" w:type="dxa"/>
            </w:tcMar>
            <w:vAlign w:val="center"/>
          </w:tcPr>
          <w:p w14:paraId="67D27DE8" w14:textId="23EB1CB3" w:rsidR="00FD0B16" w:rsidRPr="0062141C" w:rsidRDefault="00AB4455">
            <w:pPr>
              <w:spacing w:after="0" w:line="252" w:lineRule="auto"/>
              <w:jc w:val="center"/>
            </w:pPr>
            <w:r>
              <w:rPr>
                <w:b/>
                <w:color w:val="FFFFFF"/>
                <w:sz w:val="24"/>
              </w:rPr>
              <w:lastRenderedPageBreak/>
              <w:t>3</w:t>
            </w:r>
          </w:p>
        </w:tc>
        <w:tc>
          <w:tcPr>
            <w:tcW w:w="8958" w:type="dxa"/>
            <w:tcBorders>
              <w:top w:val="single" w:sz="6" w:space="0" w:color="D9E1E8"/>
              <w:left w:val="single" w:sz="6" w:space="0" w:color="D9E1E8"/>
              <w:bottom w:val="single" w:sz="6" w:space="0" w:color="D9E1E8"/>
              <w:right w:val="single" w:sz="6" w:space="0" w:color="D9E1E8"/>
            </w:tcBorders>
            <w:shd w:val="clear" w:color="auto" w:fill="D9EAF7"/>
            <w:tcMar>
              <w:top w:w="105" w:type="dxa"/>
              <w:left w:w="135" w:type="dxa"/>
              <w:bottom w:w="105" w:type="dxa"/>
              <w:right w:w="135" w:type="dxa"/>
            </w:tcMar>
            <w:vAlign w:val="center"/>
          </w:tcPr>
          <w:p w14:paraId="11351B34" w14:textId="77777777" w:rsidR="00FD0B16" w:rsidRPr="0062141C" w:rsidRDefault="00863C95">
            <w:pPr>
              <w:spacing w:after="0" w:line="252" w:lineRule="auto"/>
            </w:pPr>
            <w:r w:rsidRPr="0062141C">
              <w:rPr>
                <w:b/>
                <w:color w:val="1F4E78"/>
                <w:sz w:val="24"/>
              </w:rPr>
              <w:t>Plan je podcast voor je opneemt</w:t>
            </w:r>
          </w:p>
        </w:tc>
      </w:tr>
    </w:tbl>
    <w:p w14:paraId="7F900B19" w14:textId="77777777" w:rsidR="0062141C" w:rsidRDefault="0062141C">
      <w:pPr>
        <w:spacing w:before="60" w:after="140" w:line="259" w:lineRule="auto"/>
        <w:rPr>
          <w:color w:val="1E293B"/>
          <w:sz w:val="20"/>
        </w:rPr>
      </w:pPr>
    </w:p>
    <w:p w14:paraId="5B90E1E9" w14:textId="673F398F" w:rsidR="00FD0B16" w:rsidRDefault="00863C95">
      <w:pPr>
        <w:spacing w:before="60" w:after="140" w:line="259" w:lineRule="auto"/>
        <w:rPr>
          <w:color w:val="1E293B"/>
          <w:sz w:val="20"/>
        </w:rPr>
      </w:pPr>
      <w:r w:rsidRPr="0062141C">
        <w:rPr>
          <w:color w:val="1E293B"/>
          <w:sz w:val="20"/>
        </w:rPr>
        <w:t>Een goede podcast heeft een herkenbare start, een logische kern en een duidelijke afsluiting. Schrijf geen volledig uitgeschreven tekst. Noteer hieronder ideeën, kernwoorden en voorbeelden in je eigen woorden.</w:t>
      </w:r>
    </w:p>
    <w:p w14:paraId="1EC22AAB" w14:textId="77777777" w:rsidR="0062141C" w:rsidRPr="0062141C" w:rsidRDefault="0062141C">
      <w:pPr>
        <w:spacing w:before="60" w:after="140" w:line="259" w:lineRule="auto"/>
      </w:pPr>
    </w:p>
    <w:tbl>
      <w:tblPr>
        <w:tblW w:w="0" w:type="auto"/>
        <w:tblLayout w:type="fixed"/>
        <w:tblLook w:val="04A0" w:firstRow="1" w:lastRow="0" w:firstColumn="1" w:lastColumn="0" w:noHBand="0" w:noVBand="1"/>
      </w:tblPr>
      <w:tblGrid>
        <w:gridCol w:w="1701"/>
        <w:gridCol w:w="2948"/>
        <w:gridCol w:w="4989"/>
      </w:tblGrid>
      <w:tr w:rsidR="00FD0B16" w:rsidRPr="0062141C" w14:paraId="309E13AB" w14:textId="77777777">
        <w:tc>
          <w:tcPr>
            <w:tcW w:w="1701" w:type="dxa"/>
            <w:tcBorders>
              <w:top w:val="single" w:sz="6" w:space="0" w:color="D9E1E8"/>
              <w:left w:val="single" w:sz="6" w:space="0" w:color="D9E1E8"/>
              <w:bottom w:val="single" w:sz="6" w:space="0" w:color="D9E1E8"/>
              <w:right w:val="single" w:sz="6" w:space="0" w:color="D9E1E8"/>
            </w:tcBorders>
            <w:shd w:val="clear" w:color="auto" w:fill="1F4E78"/>
            <w:tcMar>
              <w:top w:w="105" w:type="dxa"/>
              <w:left w:w="135" w:type="dxa"/>
              <w:bottom w:w="105" w:type="dxa"/>
              <w:right w:w="135" w:type="dxa"/>
            </w:tcMar>
            <w:vAlign w:val="center"/>
          </w:tcPr>
          <w:p w14:paraId="60378D8C" w14:textId="77777777" w:rsidR="00FD0B16" w:rsidRPr="0062141C" w:rsidRDefault="00863C95">
            <w:pPr>
              <w:spacing w:after="0" w:line="252" w:lineRule="auto"/>
              <w:jc w:val="center"/>
            </w:pPr>
            <w:r w:rsidRPr="0062141C">
              <w:rPr>
                <w:b/>
                <w:color w:val="FFFFFF"/>
                <w:sz w:val="17"/>
              </w:rPr>
              <w:t>Tijd</w:t>
            </w:r>
          </w:p>
        </w:tc>
        <w:tc>
          <w:tcPr>
            <w:tcW w:w="2948" w:type="dxa"/>
            <w:tcBorders>
              <w:top w:val="single" w:sz="6" w:space="0" w:color="D9E1E8"/>
              <w:left w:val="single" w:sz="6" w:space="0" w:color="D9E1E8"/>
              <w:bottom w:val="single" w:sz="6" w:space="0" w:color="D9E1E8"/>
              <w:right w:val="single" w:sz="6" w:space="0" w:color="D9E1E8"/>
            </w:tcBorders>
            <w:shd w:val="clear" w:color="auto" w:fill="1F4E78"/>
            <w:tcMar>
              <w:top w:w="105" w:type="dxa"/>
              <w:left w:w="135" w:type="dxa"/>
              <w:bottom w:w="105" w:type="dxa"/>
              <w:right w:w="135" w:type="dxa"/>
            </w:tcMar>
            <w:vAlign w:val="center"/>
          </w:tcPr>
          <w:p w14:paraId="4E3E0EE6" w14:textId="77777777" w:rsidR="00FD0B16" w:rsidRPr="0062141C" w:rsidRDefault="00863C95">
            <w:pPr>
              <w:spacing w:after="0" w:line="252" w:lineRule="auto"/>
              <w:jc w:val="center"/>
            </w:pPr>
            <w:r w:rsidRPr="0062141C">
              <w:rPr>
                <w:b/>
                <w:color w:val="FFFFFF"/>
                <w:sz w:val="17"/>
              </w:rPr>
              <w:t>Onderdeel</w:t>
            </w:r>
          </w:p>
        </w:tc>
        <w:tc>
          <w:tcPr>
            <w:tcW w:w="4989" w:type="dxa"/>
            <w:tcBorders>
              <w:top w:val="single" w:sz="6" w:space="0" w:color="D9E1E8"/>
              <w:left w:val="single" w:sz="6" w:space="0" w:color="D9E1E8"/>
              <w:bottom w:val="single" w:sz="6" w:space="0" w:color="D9E1E8"/>
              <w:right w:val="single" w:sz="6" w:space="0" w:color="D9E1E8"/>
            </w:tcBorders>
            <w:shd w:val="clear" w:color="auto" w:fill="1F4E78"/>
            <w:tcMar>
              <w:top w:w="105" w:type="dxa"/>
              <w:left w:w="135" w:type="dxa"/>
              <w:bottom w:w="105" w:type="dxa"/>
              <w:right w:w="135" w:type="dxa"/>
            </w:tcMar>
            <w:vAlign w:val="center"/>
          </w:tcPr>
          <w:p w14:paraId="3DCE5BA1" w14:textId="77777777" w:rsidR="00FD0B16" w:rsidRPr="0062141C" w:rsidRDefault="00863C95">
            <w:pPr>
              <w:spacing w:after="0" w:line="252" w:lineRule="auto"/>
              <w:jc w:val="center"/>
            </w:pPr>
            <w:r w:rsidRPr="0062141C">
              <w:rPr>
                <w:b/>
                <w:color w:val="FFFFFF"/>
                <w:sz w:val="17"/>
              </w:rPr>
              <w:t>Mijn kernwoorden en ideeën</w:t>
            </w:r>
          </w:p>
        </w:tc>
      </w:tr>
      <w:tr w:rsidR="00FD0B16" w:rsidRPr="0062141C" w14:paraId="2E4ED133" w14:textId="77777777">
        <w:tc>
          <w:tcPr>
            <w:tcW w:w="1701" w:type="dxa"/>
            <w:tcBorders>
              <w:top w:val="single" w:sz="6" w:space="0" w:color="D9E1E8"/>
              <w:left w:val="single" w:sz="6" w:space="0" w:color="D9E1E8"/>
              <w:bottom w:val="single" w:sz="6" w:space="0" w:color="D9E1E8"/>
              <w:right w:val="single" w:sz="6" w:space="0" w:color="D9E1E8"/>
            </w:tcBorders>
            <w:shd w:val="clear" w:color="auto" w:fill="D9EAF7"/>
            <w:tcMar>
              <w:top w:w="105" w:type="dxa"/>
              <w:left w:w="135" w:type="dxa"/>
              <w:bottom w:w="105" w:type="dxa"/>
              <w:right w:w="135" w:type="dxa"/>
            </w:tcMar>
            <w:vAlign w:val="center"/>
          </w:tcPr>
          <w:p w14:paraId="3B655B57" w14:textId="77777777" w:rsidR="00FD0B16" w:rsidRPr="0062141C" w:rsidRDefault="00863C95">
            <w:pPr>
              <w:spacing w:after="0" w:line="252" w:lineRule="auto"/>
              <w:jc w:val="center"/>
            </w:pPr>
            <w:r w:rsidRPr="0062141C">
              <w:rPr>
                <w:b/>
                <w:color w:val="1F4E78"/>
                <w:sz w:val="18"/>
              </w:rPr>
              <w:t>0:00 - 1:00</w:t>
            </w:r>
          </w:p>
        </w:tc>
        <w:tc>
          <w:tcPr>
            <w:tcW w:w="2948"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3A6DF8BD" w14:textId="77777777" w:rsidR="00FD0B16" w:rsidRPr="0062141C" w:rsidRDefault="00863C95">
            <w:pPr>
              <w:spacing w:after="0" w:line="252" w:lineRule="auto"/>
            </w:pPr>
            <w:r w:rsidRPr="0062141C">
              <w:rPr>
                <w:b/>
                <w:color w:val="1F4E78"/>
                <w:sz w:val="18"/>
              </w:rPr>
              <w:t>Intro</w:t>
            </w:r>
          </w:p>
        </w:tc>
        <w:tc>
          <w:tcPr>
            <w:tcW w:w="4989"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27EC4639" w14:textId="77777777" w:rsidR="00FD0B16" w:rsidRPr="0062141C" w:rsidRDefault="00863C95">
            <w:pPr>
              <w:spacing w:after="0" w:line="252" w:lineRule="auto"/>
            </w:pPr>
            <w:r w:rsidRPr="0062141C">
              <w:rPr>
                <w:color w:val="60758A"/>
                <w:sz w:val="18"/>
              </w:rPr>
              <w:t>Titel, aandachtstrekker, onderwerp en centrale vraag</w:t>
            </w:r>
          </w:p>
        </w:tc>
      </w:tr>
      <w:tr w:rsidR="00FD0B16" w:rsidRPr="0062141C" w14:paraId="65956280" w14:textId="77777777">
        <w:tc>
          <w:tcPr>
            <w:tcW w:w="1701" w:type="dxa"/>
            <w:tcBorders>
              <w:top w:val="single" w:sz="6" w:space="0" w:color="D9E1E8"/>
              <w:left w:val="single" w:sz="6" w:space="0" w:color="D9E1E8"/>
              <w:bottom w:val="single" w:sz="6" w:space="0" w:color="D9E1E8"/>
              <w:right w:val="single" w:sz="6" w:space="0" w:color="D9E1E8"/>
            </w:tcBorders>
            <w:shd w:val="clear" w:color="auto" w:fill="D9EAF7"/>
            <w:tcMar>
              <w:top w:w="105" w:type="dxa"/>
              <w:left w:w="135" w:type="dxa"/>
              <w:bottom w:w="105" w:type="dxa"/>
              <w:right w:w="135" w:type="dxa"/>
            </w:tcMar>
            <w:vAlign w:val="center"/>
          </w:tcPr>
          <w:p w14:paraId="20BC58DC" w14:textId="77777777" w:rsidR="00FD0B16" w:rsidRPr="0062141C" w:rsidRDefault="00863C95">
            <w:pPr>
              <w:spacing w:after="0" w:line="252" w:lineRule="auto"/>
              <w:jc w:val="center"/>
            </w:pPr>
            <w:r w:rsidRPr="0062141C">
              <w:rPr>
                <w:b/>
                <w:color w:val="1F4E78"/>
                <w:sz w:val="18"/>
              </w:rPr>
              <w:t>1:00 - 2:00</w:t>
            </w:r>
          </w:p>
        </w:tc>
        <w:tc>
          <w:tcPr>
            <w:tcW w:w="2948"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74A9C6C3" w14:textId="77777777" w:rsidR="00FD0B16" w:rsidRPr="0062141C" w:rsidRDefault="00863C95">
            <w:pPr>
              <w:spacing w:after="0" w:line="252" w:lineRule="auto"/>
            </w:pPr>
            <w:r w:rsidRPr="0062141C">
              <w:rPr>
                <w:b/>
                <w:color w:val="1F4E78"/>
                <w:sz w:val="18"/>
              </w:rPr>
              <w:t>Voorstelling</w:t>
            </w:r>
          </w:p>
        </w:tc>
        <w:tc>
          <w:tcPr>
            <w:tcW w:w="4989"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303B14B0" w14:textId="77777777" w:rsidR="00FD0B16" w:rsidRPr="0062141C" w:rsidRDefault="00863C95">
            <w:pPr>
              <w:spacing w:after="0" w:line="252" w:lineRule="auto"/>
            </w:pPr>
            <w:r w:rsidRPr="0062141C">
              <w:rPr>
                <w:color w:val="60758A"/>
                <w:sz w:val="18"/>
              </w:rPr>
              <w:t>Wie ben ik? Waarom koos ik dit onderwerp? Wat mag de luisteraar verwachten?</w:t>
            </w:r>
          </w:p>
        </w:tc>
      </w:tr>
      <w:tr w:rsidR="00FD0B16" w:rsidRPr="0062141C" w14:paraId="0CA8D4DA" w14:textId="77777777">
        <w:tc>
          <w:tcPr>
            <w:tcW w:w="1701" w:type="dxa"/>
            <w:tcBorders>
              <w:top w:val="single" w:sz="6" w:space="0" w:color="D9E1E8"/>
              <w:left w:val="single" w:sz="6" w:space="0" w:color="D9E1E8"/>
              <w:bottom w:val="single" w:sz="6" w:space="0" w:color="D9E1E8"/>
              <w:right w:val="single" w:sz="6" w:space="0" w:color="D9E1E8"/>
            </w:tcBorders>
            <w:shd w:val="clear" w:color="auto" w:fill="D9EAF7"/>
            <w:tcMar>
              <w:top w:w="105" w:type="dxa"/>
              <w:left w:w="135" w:type="dxa"/>
              <w:bottom w:w="105" w:type="dxa"/>
              <w:right w:w="135" w:type="dxa"/>
            </w:tcMar>
            <w:vAlign w:val="center"/>
          </w:tcPr>
          <w:p w14:paraId="2EF0BC0A" w14:textId="77777777" w:rsidR="00FD0B16" w:rsidRPr="0062141C" w:rsidRDefault="00863C95">
            <w:pPr>
              <w:spacing w:after="0" w:line="252" w:lineRule="auto"/>
              <w:jc w:val="center"/>
            </w:pPr>
            <w:r w:rsidRPr="0062141C">
              <w:rPr>
                <w:b/>
                <w:color w:val="1F4E78"/>
                <w:sz w:val="18"/>
              </w:rPr>
              <w:t>2:00 - 12:00</w:t>
            </w:r>
          </w:p>
        </w:tc>
        <w:tc>
          <w:tcPr>
            <w:tcW w:w="2948"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646AA8EB" w14:textId="77777777" w:rsidR="00FD0B16" w:rsidRPr="0062141C" w:rsidRDefault="00863C95">
            <w:pPr>
              <w:spacing w:after="0" w:line="252" w:lineRule="auto"/>
            </w:pPr>
            <w:r w:rsidRPr="0062141C">
              <w:rPr>
                <w:b/>
                <w:color w:val="1F4E78"/>
                <w:sz w:val="18"/>
              </w:rPr>
              <w:t>Kern</w:t>
            </w:r>
          </w:p>
        </w:tc>
        <w:tc>
          <w:tcPr>
            <w:tcW w:w="4989"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6ADF1EAD" w14:textId="77777777" w:rsidR="00FD0B16" w:rsidRPr="0062141C" w:rsidRDefault="00863C95">
            <w:pPr>
              <w:spacing w:after="0" w:line="252" w:lineRule="auto"/>
            </w:pPr>
            <w:r w:rsidRPr="0062141C">
              <w:rPr>
                <w:color w:val="60758A"/>
                <w:sz w:val="18"/>
              </w:rPr>
              <w:t>Feiten uit bronnen, voorbeelden, uitleg, eigen analyse, gast of interview</w:t>
            </w:r>
          </w:p>
        </w:tc>
      </w:tr>
      <w:tr w:rsidR="00FD0B16" w:rsidRPr="0062141C" w14:paraId="25935872" w14:textId="77777777">
        <w:tc>
          <w:tcPr>
            <w:tcW w:w="1701" w:type="dxa"/>
            <w:tcBorders>
              <w:top w:val="single" w:sz="6" w:space="0" w:color="D9E1E8"/>
              <w:left w:val="single" w:sz="6" w:space="0" w:color="D9E1E8"/>
              <w:bottom w:val="single" w:sz="6" w:space="0" w:color="D9E1E8"/>
              <w:right w:val="single" w:sz="6" w:space="0" w:color="D9E1E8"/>
            </w:tcBorders>
            <w:shd w:val="clear" w:color="auto" w:fill="D9EAF7"/>
            <w:tcMar>
              <w:top w:w="105" w:type="dxa"/>
              <w:left w:w="135" w:type="dxa"/>
              <w:bottom w:w="105" w:type="dxa"/>
              <w:right w:w="135" w:type="dxa"/>
            </w:tcMar>
            <w:vAlign w:val="center"/>
          </w:tcPr>
          <w:p w14:paraId="43FA685E" w14:textId="77777777" w:rsidR="00FD0B16" w:rsidRPr="0062141C" w:rsidRDefault="00863C95">
            <w:pPr>
              <w:spacing w:after="0" w:line="252" w:lineRule="auto"/>
              <w:jc w:val="center"/>
            </w:pPr>
            <w:r w:rsidRPr="0062141C">
              <w:rPr>
                <w:b/>
                <w:color w:val="1F4E78"/>
                <w:sz w:val="18"/>
              </w:rPr>
              <w:t>12:00 - 14:00</w:t>
            </w:r>
          </w:p>
        </w:tc>
        <w:tc>
          <w:tcPr>
            <w:tcW w:w="2948"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7882A853" w14:textId="77777777" w:rsidR="00FD0B16" w:rsidRPr="0062141C" w:rsidRDefault="00863C95">
            <w:pPr>
              <w:spacing w:after="0" w:line="252" w:lineRule="auto"/>
            </w:pPr>
            <w:r w:rsidRPr="0062141C">
              <w:rPr>
                <w:b/>
                <w:color w:val="1F4E78"/>
                <w:sz w:val="18"/>
              </w:rPr>
              <w:t>Verdieping</w:t>
            </w:r>
          </w:p>
        </w:tc>
        <w:tc>
          <w:tcPr>
            <w:tcW w:w="4989"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4780719C" w14:textId="77777777" w:rsidR="00FD0B16" w:rsidRPr="0062141C" w:rsidRDefault="00863C95">
            <w:pPr>
              <w:spacing w:after="0" w:line="252" w:lineRule="auto"/>
            </w:pPr>
            <w:r w:rsidRPr="0062141C">
              <w:rPr>
                <w:color w:val="60758A"/>
                <w:sz w:val="18"/>
              </w:rPr>
              <w:t>Wat betekenen de inzichten? Verschillende perspectieven of een opvallende vraag</w:t>
            </w:r>
          </w:p>
        </w:tc>
      </w:tr>
      <w:tr w:rsidR="00FD0B16" w:rsidRPr="0062141C" w14:paraId="6335870A" w14:textId="77777777">
        <w:tc>
          <w:tcPr>
            <w:tcW w:w="1701" w:type="dxa"/>
            <w:tcBorders>
              <w:top w:val="single" w:sz="6" w:space="0" w:color="D9E1E8"/>
              <w:left w:val="single" w:sz="6" w:space="0" w:color="D9E1E8"/>
              <w:bottom w:val="single" w:sz="6" w:space="0" w:color="D9E1E8"/>
              <w:right w:val="single" w:sz="6" w:space="0" w:color="D9E1E8"/>
            </w:tcBorders>
            <w:shd w:val="clear" w:color="auto" w:fill="D9EAF7"/>
            <w:tcMar>
              <w:top w:w="105" w:type="dxa"/>
              <w:left w:w="135" w:type="dxa"/>
              <w:bottom w:w="105" w:type="dxa"/>
              <w:right w:w="135" w:type="dxa"/>
            </w:tcMar>
            <w:vAlign w:val="center"/>
          </w:tcPr>
          <w:p w14:paraId="20B4E109" w14:textId="77777777" w:rsidR="00FD0B16" w:rsidRPr="0062141C" w:rsidRDefault="00863C95">
            <w:pPr>
              <w:spacing w:after="0" w:line="252" w:lineRule="auto"/>
              <w:jc w:val="center"/>
            </w:pPr>
            <w:r w:rsidRPr="0062141C">
              <w:rPr>
                <w:b/>
                <w:color w:val="1F4E78"/>
                <w:sz w:val="18"/>
              </w:rPr>
              <w:t>14:00 - 15:00+</w:t>
            </w:r>
          </w:p>
        </w:tc>
        <w:tc>
          <w:tcPr>
            <w:tcW w:w="2948"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5629E505" w14:textId="77777777" w:rsidR="00FD0B16" w:rsidRPr="0062141C" w:rsidRDefault="00863C95">
            <w:pPr>
              <w:spacing w:after="0" w:line="252" w:lineRule="auto"/>
            </w:pPr>
            <w:r w:rsidRPr="0062141C">
              <w:rPr>
                <w:b/>
                <w:color w:val="1F4E78"/>
                <w:sz w:val="18"/>
              </w:rPr>
              <w:t>Afsluiting</w:t>
            </w:r>
          </w:p>
        </w:tc>
        <w:tc>
          <w:tcPr>
            <w:tcW w:w="4989"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2043C6FC" w14:textId="77777777" w:rsidR="00FD0B16" w:rsidRPr="0062141C" w:rsidRDefault="00863C95">
            <w:pPr>
              <w:spacing w:after="0" w:line="252" w:lineRule="auto"/>
            </w:pPr>
            <w:r w:rsidRPr="0062141C">
              <w:rPr>
                <w:color w:val="60758A"/>
                <w:sz w:val="18"/>
              </w:rPr>
              <w:t>Antwoord op de centrale vraag, belangrijkste inzicht, bronnen vermelden, bedanking en afscheid</w:t>
            </w:r>
          </w:p>
        </w:tc>
      </w:tr>
    </w:tbl>
    <w:p w14:paraId="178A6E24" w14:textId="77777777" w:rsidR="00FD0B16" w:rsidRDefault="00FD0B16">
      <w:pPr>
        <w:spacing w:after="100" w:line="259" w:lineRule="auto"/>
      </w:pPr>
    </w:p>
    <w:p w14:paraId="778CDD11" w14:textId="72A51226" w:rsidR="0062141C" w:rsidRPr="0062141C" w:rsidRDefault="0062141C">
      <w:pPr>
        <w:spacing w:after="100" w:line="259" w:lineRule="auto"/>
        <w:rPr>
          <w:b/>
          <w:bCs/>
        </w:rPr>
      </w:pPr>
      <w:r>
        <w:rPr>
          <w:b/>
          <w:bCs/>
        </w:rPr>
        <w:t>1. Intro</w:t>
      </w:r>
    </w:p>
    <w:p w14:paraId="7A7A67F4" w14:textId="77777777" w:rsidR="0062141C" w:rsidRPr="0062141C" w:rsidRDefault="0062141C">
      <w:pPr>
        <w:spacing w:after="100" w:line="259" w:lineRule="auto"/>
      </w:pPr>
    </w:p>
    <w:p w14:paraId="34B016F2" w14:textId="77777777" w:rsidR="00FD0B16" w:rsidRPr="0062141C" w:rsidRDefault="00863C95">
      <w:pPr>
        <w:spacing w:after="40" w:line="259" w:lineRule="auto"/>
      </w:pPr>
      <w:r w:rsidRPr="0062141C">
        <w:rPr>
          <w:b/>
          <w:color w:val="1E293B"/>
          <w:sz w:val="20"/>
        </w:rPr>
        <w:t>Mijn openingszin of openingsidee</w:t>
      </w:r>
    </w:p>
    <w:p w14:paraId="626D20C6" w14:textId="6D775C2D" w:rsidR="00FD0B16" w:rsidRPr="0062141C" w:rsidRDefault="00863C95">
      <w:pPr>
        <w:spacing w:after="60" w:line="259" w:lineRule="auto"/>
      </w:pPr>
      <w:r w:rsidRPr="0062141C">
        <w:rPr>
          <w:color w:val="526579"/>
          <w:sz w:val="18"/>
        </w:rPr>
        <w:t>Maak nieuwsgierig, maar schrijf geen volledig script.</w:t>
      </w:r>
      <w:r w:rsidR="0062141C">
        <w:rPr>
          <w:color w:val="526579"/>
          <w:sz w:val="18"/>
        </w:rPr>
        <w:t xml:space="preserve"> Schrijf je ideeën concreet op. </w:t>
      </w:r>
    </w:p>
    <w:tbl>
      <w:tblPr>
        <w:tblW w:w="0" w:type="auto"/>
        <w:tblLayout w:type="fixed"/>
        <w:tblLook w:val="04A0" w:firstRow="1" w:lastRow="0" w:firstColumn="1" w:lastColumn="0" w:noHBand="0" w:noVBand="1"/>
      </w:tblPr>
      <w:tblGrid>
        <w:gridCol w:w="10200"/>
      </w:tblGrid>
      <w:tr w:rsidR="00FD0B16" w:rsidRPr="0062141C" w14:paraId="01698B16" w14:textId="77777777">
        <w:tc>
          <w:tcPr>
            <w:tcW w:w="9639"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0F8F2420" w14:textId="77777777" w:rsidR="00FD0B16" w:rsidRPr="0062141C" w:rsidRDefault="00FD0B16">
            <w:pPr>
              <w:spacing w:after="0" w:line="252" w:lineRule="auto"/>
            </w:pPr>
          </w:p>
        </w:tc>
      </w:tr>
      <w:tr w:rsidR="00FD0B16" w:rsidRPr="0062141C" w14:paraId="0E4AFBFE" w14:textId="77777777">
        <w:tc>
          <w:tcPr>
            <w:tcW w:w="10200"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49098BF4" w14:textId="77777777" w:rsidR="00FD0B16" w:rsidRPr="0062141C" w:rsidRDefault="00FD0B16">
            <w:pPr>
              <w:spacing w:after="0" w:line="252" w:lineRule="auto"/>
            </w:pPr>
          </w:p>
        </w:tc>
      </w:tr>
    </w:tbl>
    <w:p w14:paraId="6DB1F0E0" w14:textId="77777777" w:rsidR="00FD0B16" w:rsidRDefault="00FD0B16">
      <w:pPr>
        <w:spacing w:after="60" w:line="259" w:lineRule="auto"/>
      </w:pPr>
    </w:p>
    <w:p w14:paraId="07EF417B" w14:textId="75490537" w:rsidR="0062141C" w:rsidRDefault="0062141C">
      <w:pPr>
        <w:spacing w:after="60" w:line="259" w:lineRule="auto"/>
        <w:rPr>
          <w:b/>
          <w:bCs/>
        </w:rPr>
      </w:pPr>
      <w:r>
        <w:rPr>
          <w:b/>
          <w:bCs/>
        </w:rPr>
        <w:t>2. Voorstelling</w:t>
      </w:r>
    </w:p>
    <w:p w14:paraId="50A6CB08" w14:textId="77777777" w:rsidR="0062141C" w:rsidRDefault="0062141C">
      <w:pPr>
        <w:spacing w:after="60" w:line="259" w:lineRule="auto"/>
        <w:rPr>
          <w:b/>
          <w:bCs/>
        </w:rPr>
      </w:pPr>
    </w:p>
    <w:p w14:paraId="0C008832" w14:textId="4A52460B" w:rsidR="0062141C" w:rsidRPr="0062141C" w:rsidRDefault="0062141C" w:rsidP="0062141C">
      <w:pPr>
        <w:spacing w:after="40" w:line="259" w:lineRule="auto"/>
      </w:pPr>
      <w:r>
        <w:rPr>
          <w:b/>
          <w:color w:val="1E293B"/>
          <w:sz w:val="20"/>
        </w:rPr>
        <w:t>Op deze manier stel ik mezelf voor</w:t>
      </w:r>
    </w:p>
    <w:p w14:paraId="0B75AF13" w14:textId="20AF6822" w:rsidR="0062141C" w:rsidRPr="0062141C" w:rsidRDefault="0062141C" w:rsidP="0062141C">
      <w:pPr>
        <w:spacing w:after="60" w:line="259" w:lineRule="auto"/>
      </w:pPr>
      <w:r>
        <w:rPr>
          <w:color w:val="526579"/>
          <w:sz w:val="18"/>
        </w:rPr>
        <w:t xml:space="preserve">Wees creatief, vertel wie je bent, waarom je de podcast maakt en voor wie deze interessant kan zijn. </w:t>
      </w:r>
      <w:r>
        <w:rPr>
          <w:color w:val="526579"/>
          <w:sz w:val="18"/>
        </w:rPr>
        <w:t xml:space="preserve"> </w:t>
      </w:r>
    </w:p>
    <w:tbl>
      <w:tblPr>
        <w:tblW w:w="0" w:type="auto"/>
        <w:tblLayout w:type="fixed"/>
        <w:tblLook w:val="04A0" w:firstRow="1" w:lastRow="0" w:firstColumn="1" w:lastColumn="0" w:noHBand="0" w:noVBand="1"/>
      </w:tblPr>
      <w:tblGrid>
        <w:gridCol w:w="10200"/>
      </w:tblGrid>
      <w:tr w:rsidR="0062141C" w:rsidRPr="0062141C" w14:paraId="2F9E8F5F" w14:textId="77777777" w:rsidTr="00954AEF">
        <w:tc>
          <w:tcPr>
            <w:tcW w:w="9639"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3CCA1543" w14:textId="77777777" w:rsidR="0062141C" w:rsidRPr="0062141C" w:rsidRDefault="0062141C" w:rsidP="00954AEF">
            <w:pPr>
              <w:spacing w:after="0" w:line="252" w:lineRule="auto"/>
            </w:pPr>
          </w:p>
        </w:tc>
      </w:tr>
      <w:tr w:rsidR="0062141C" w:rsidRPr="0062141C" w14:paraId="1A585520" w14:textId="77777777" w:rsidTr="00954AEF">
        <w:tc>
          <w:tcPr>
            <w:tcW w:w="10200"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70EEF5CB" w14:textId="77777777" w:rsidR="0062141C" w:rsidRPr="0062141C" w:rsidRDefault="0062141C" w:rsidP="00954AEF">
            <w:pPr>
              <w:spacing w:after="0" w:line="252" w:lineRule="auto"/>
            </w:pPr>
          </w:p>
        </w:tc>
      </w:tr>
    </w:tbl>
    <w:p w14:paraId="7BC3F23E" w14:textId="77777777" w:rsidR="0062141C" w:rsidRDefault="0062141C">
      <w:pPr>
        <w:spacing w:after="60" w:line="259" w:lineRule="auto"/>
        <w:rPr>
          <w:b/>
          <w:bCs/>
        </w:rPr>
      </w:pPr>
    </w:p>
    <w:p w14:paraId="543DC2C5" w14:textId="77777777" w:rsidR="00AB4455" w:rsidRDefault="00AB4455">
      <w:pPr>
        <w:spacing w:after="60" w:line="259" w:lineRule="auto"/>
        <w:rPr>
          <w:b/>
          <w:bCs/>
        </w:rPr>
      </w:pPr>
    </w:p>
    <w:p w14:paraId="3DBCC32E" w14:textId="77777777" w:rsidR="00AB4455" w:rsidRDefault="00AB4455">
      <w:pPr>
        <w:spacing w:after="60" w:line="259" w:lineRule="auto"/>
        <w:rPr>
          <w:b/>
          <w:bCs/>
        </w:rPr>
      </w:pPr>
    </w:p>
    <w:p w14:paraId="2F3B7017" w14:textId="77777777" w:rsidR="00AB4455" w:rsidRDefault="00AB4455">
      <w:pPr>
        <w:spacing w:after="60" w:line="259" w:lineRule="auto"/>
        <w:rPr>
          <w:b/>
          <w:bCs/>
        </w:rPr>
      </w:pPr>
    </w:p>
    <w:p w14:paraId="5F390326" w14:textId="77777777" w:rsidR="00AB4455" w:rsidRDefault="00AB4455">
      <w:pPr>
        <w:spacing w:after="60" w:line="259" w:lineRule="auto"/>
        <w:rPr>
          <w:b/>
          <w:bCs/>
        </w:rPr>
      </w:pPr>
    </w:p>
    <w:p w14:paraId="4D32FAEF" w14:textId="77777777" w:rsidR="00AB4455" w:rsidRDefault="00AB4455">
      <w:pPr>
        <w:spacing w:after="60" w:line="259" w:lineRule="auto"/>
        <w:rPr>
          <w:b/>
          <w:bCs/>
        </w:rPr>
      </w:pPr>
    </w:p>
    <w:p w14:paraId="7DC1B3BB" w14:textId="77777777" w:rsidR="00AB4455" w:rsidRDefault="00AB4455">
      <w:pPr>
        <w:spacing w:after="60" w:line="259" w:lineRule="auto"/>
        <w:rPr>
          <w:b/>
          <w:bCs/>
        </w:rPr>
      </w:pPr>
    </w:p>
    <w:p w14:paraId="5D0DF2F5" w14:textId="77777777" w:rsidR="00AB4455" w:rsidRDefault="00AB4455">
      <w:pPr>
        <w:spacing w:after="60" w:line="259" w:lineRule="auto"/>
        <w:rPr>
          <w:b/>
          <w:bCs/>
        </w:rPr>
      </w:pPr>
    </w:p>
    <w:p w14:paraId="238A4EDF" w14:textId="1790968E" w:rsidR="0062141C" w:rsidRDefault="0062141C">
      <w:pPr>
        <w:spacing w:after="60" w:line="259" w:lineRule="auto"/>
        <w:rPr>
          <w:b/>
          <w:bCs/>
        </w:rPr>
      </w:pPr>
      <w:r>
        <w:rPr>
          <w:b/>
          <w:bCs/>
        </w:rPr>
        <w:lastRenderedPageBreak/>
        <w:t>3. Kern</w:t>
      </w:r>
    </w:p>
    <w:p w14:paraId="2CE435DB" w14:textId="77777777" w:rsidR="0062141C" w:rsidRDefault="0062141C">
      <w:pPr>
        <w:spacing w:after="60" w:line="259" w:lineRule="auto"/>
        <w:rPr>
          <w:b/>
          <w:bCs/>
        </w:rPr>
      </w:pPr>
    </w:p>
    <w:p w14:paraId="02BAEC67" w14:textId="2550AA27" w:rsidR="0062141C" w:rsidRDefault="0062141C">
      <w:pPr>
        <w:spacing w:after="60" w:line="259" w:lineRule="auto"/>
        <w:rPr>
          <w:b/>
          <w:bCs/>
        </w:rPr>
      </w:pPr>
      <w:r>
        <w:rPr>
          <w:b/>
          <w:bCs/>
        </w:rPr>
        <w:t>Op deze manier wil ik mijn kern uitbouwen</w:t>
      </w:r>
    </w:p>
    <w:p w14:paraId="2A6D9208" w14:textId="09B97FD0" w:rsidR="0062141C" w:rsidRDefault="0062141C" w:rsidP="0062141C">
      <w:pPr>
        <w:spacing w:after="60" w:line="259" w:lineRule="auto"/>
        <w:rPr>
          <w:color w:val="526579"/>
          <w:sz w:val="18"/>
        </w:rPr>
      </w:pPr>
      <w:r>
        <w:rPr>
          <w:color w:val="526579"/>
          <w:sz w:val="18"/>
        </w:rPr>
        <w:t xml:space="preserve">Vertel concreet wat aan bod zal komen in je podcast. </w:t>
      </w:r>
      <w:r w:rsidR="00AB4455">
        <w:rPr>
          <w:color w:val="526579"/>
          <w:sz w:val="18"/>
        </w:rPr>
        <w:t xml:space="preserve">Je hoeft geen volledige tekst uit te schrijven, maar zorg dat je genoeg structuur aanbrengt om te kunnen vertellen. Deel je podcast op in verschillende delen en denk wat je nodig hebt. Hieronder moet duidelijk worden hoe de kern van je podcast er zal uitzien. </w:t>
      </w:r>
    </w:p>
    <w:p w14:paraId="1622035F" w14:textId="77777777" w:rsidR="00AB4455" w:rsidRPr="0062141C" w:rsidRDefault="00AB4455" w:rsidP="0062141C">
      <w:pPr>
        <w:spacing w:after="60" w:line="259" w:lineRule="auto"/>
      </w:pPr>
    </w:p>
    <w:tbl>
      <w:tblPr>
        <w:tblW w:w="0" w:type="auto"/>
        <w:tblLayout w:type="fixed"/>
        <w:tblLook w:val="04A0" w:firstRow="1" w:lastRow="0" w:firstColumn="1" w:lastColumn="0" w:noHBand="0" w:noVBand="1"/>
      </w:tblPr>
      <w:tblGrid>
        <w:gridCol w:w="10200"/>
      </w:tblGrid>
      <w:tr w:rsidR="0062141C" w:rsidRPr="0062141C" w14:paraId="24DB11B8" w14:textId="77777777" w:rsidTr="00954AEF">
        <w:tc>
          <w:tcPr>
            <w:tcW w:w="9639"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488802AA" w14:textId="77777777" w:rsidR="0062141C" w:rsidRPr="0062141C" w:rsidRDefault="0062141C" w:rsidP="00954AEF">
            <w:pPr>
              <w:spacing w:after="0" w:line="252" w:lineRule="auto"/>
            </w:pPr>
          </w:p>
        </w:tc>
      </w:tr>
      <w:tr w:rsidR="0062141C" w:rsidRPr="0062141C" w14:paraId="5223EEFD" w14:textId="77777777" w:rsidTr="00954AEF">
        <w:tc>
          <w:tcPr>
            <w:tcW w:w="10200"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03439125" w14:textId="77777777" w:rsidR="0062141C" w:rsidRPr="0062141C" w:rsidRDefault="0062141C" w:rsidP="00954AEF">
            <w:pPr>
              <w:spacing w:after="0" w:line="252" w:lineRule="auto"/>
            </w:pPr>
          </w:p>
        </w:tc>
      </w:tr>
      <w:tr w:rsidR="00AB4455" w:rsidRPr="0062141C" w14:paraId="3AE1448D" w14:textId="77777777" w:rsidTr="00954AEF">
        <w:tc>
          <w:tcPr>
            <w:tcW w:w="10200"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2D94A741" w14:textId="77777777" w:rsidR="00AB4455" w:rsidRPr="0062141C" w:rsidRDefault="00AB4455" w:rsidP="00954AEF">
            <w:pPr>
              <w:spacing w:after="0" w:line="252" w:lineRule="auto"/>
            </w:pPr>
          </w:p>
        </w:tc>
      </w:tr>
      <w:tr w:rsidR="00AB4455" w:rsidRPr="0062141C" w14:paraId="0A72ED9F" w14:textId="77777777" w:rsidTr="00954AEF">
        <w:tc>
          <w:tcPr>
            <w:tcW w:w="10200"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4700F2E4" w14:textId="77777777" w:rsidR="00AB4455" w:rsidRPr="0062141C" w:rsidRDefault="00AB4455" w:rsidP="00954AEF">
            <w:pPr>
              <w:spacing w:after="0" w:line="252" w:lineRule="auto"/>
            </w:pPr>
          </w:p>
        </w:tc>
      </w:tr>
    </w:tbl>
    <w:p w14:paraId="6629CD43" w14:textId="77777777" w:rsidR="0062141C" w:rsidRDefault="0062141C">
      <w:pPr>
        <w:spacing w:after="60" w:line="259" w:lineRule="auto"/>
        <w:rPr>
          <w:b/>
          <w:bCs/>
        </w:rPr>
      </w:pPr>
    </w:p>
    <w:p w14:paraId="43EBC275" w14:textId="77777777" w:rsidR="00AB4455" w:rsidRPr="0062141C" w:rsidRDefault="00AB4455">
      <w:pPr>
        <w:spacing w:after="60" w:line="259" w:lineRule="auto"/>
        <w:rPr>
          <w:b/>
          <w:bCs/>
        </w:rPr>
      </w:pPr>
    </w:p>
    <w:p w14:paraId="5E72A4A7" w14:textId="77777777" w:rsidR="00FD0B16" w:rsidRPr="0062141C" w:rsidRDefault="00863C95">
      <w:pPr>
        <w:spacing w:after="40" w:line="259" w:lineRule="auto"/>
      </w:pPr>
      <w:r w:rsidRPr="0062141C">
        <w:rPr>
          <w:b/>
          <w:color w:val="1E293B"/>
          <w:sz w:val="20"/>
        </w:rPr>
        <w:t>Drie momenten waarop ik mijn luisteraar actief wil meenemen</w:t>
      </w:r>
    </w:p>
    <w:p w14:paraId="6F238E6E" w14:textId="77777777" w:rsidR="00FD0B16" w:rsidRDefault="00863C95">
      <w:pPr>
        <w:spacing w:after="60" w:line="259" w:lineRule="auto"/>
        <w:rPr>
          <w:color w:val="526579"/>
          <w:sz w:val="18"/>
        </w:rPr>
      </w:pPr>
      <w:r w:rsidRPr="0062141C">
        <w:rPr>
          <w:color w:val="526579"/>
          <w:sz w:val="18"/>
        </w:rPr>
        <w:t>Bijvoorbeeld: een vraag stellen, een concreet voorbeeld geven, een geluid gebruiken of een gast laten reageren.</w:t>
      </w:r>
    </w:p>
    <w:p w14:paraId="450165AB" w14:textId="77777777" w:rsidR="00AB4455" w:rsidRPr="0062141C" w:rsidRDefault="00AB4455">
      <w:pPr>
        <w:spacing w:after="60" w:line="259" w:lineRule="auto"/>
      </w:pPr>
    </w:p>
    <w:tbl>
      <w:tblPr>
        <w:tblW w:w="0" w:type="auto"/>
        <w:tblLayout w:type="fixed"/>
        <w:tblLook w:val="04A0" w:firstRow="1" w:lastRow="0" w:firstColumn="1" w:lastColumn="0" w:noHBand="0" w:noVBand="1"/>
      </w:tblPr>
      <w:tblGrid>
        <w:gridCol w:w="10200"/>
      </w:tblGrid>
      <w:tr w:rsidR="00FD0B16" w:rsidRPr="0062141C" w14:paraId="47D81F1D" w14:textId="77777777">
        <w:tc>
          <w:tcPr>
            <w:tcW w:w="9639"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421C0427" w14:textId="77777777" w:rsidR="00FD0B16" w:rsidRPr="0062141C" w:rsidRDefault="00FD0B16">
            <w:pPr>
              <w:spacing w:after="0" w:line="252" w:lineRule="auto"/>
            </w:pPr>
          </w:p>
        </w:tc>
      </w:tr>
      <w:tr w:rsidR="00FD0B16" w:rsidRPr="0062141C" w14:paraId="16C9D082" w14:textId="77777777">
        <w:tc>
          <w:tcPr>
            <w:tcW w:w="10200"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492E784C" w14:textId="77777777" w:rsidR="00FD0B16" w:rsidRPr="0062141C" w:rsidRDefault="00FD0B16">
            <w:pPr>
              <w:spacing w:after="0" w:line="252" w:lineRule="auto"/>
            </w:pPr>
          </w:p>
        </w:tc>
      </w:tr>
      <w:tr w:rsidR="00FD0B16" w:rsidRPr="0062141C" w14:paraId="4E88BE62" w14:textId="77777777">
        <w:tc>
          <w:tcPr>
            <w:tcW w:w="10200"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5750B6FC" w14:textId="77777777" w:rsidR="00FD0B16" w:rsidRPr="0062141C" w:rsidRDefault="00FD0B16">
            <w:pPr>
              <w:spacing w:after="0" w:line="252" w:lineRule="auto"/>
            </w:pPr>
          </w:p>
        </w:tc>
      </w:tr>
    </w:tbl>
    <w:p w14:paraId="6EFC9176" w14:textId="5FD72F3B" w:rsidR="00FD0B16" w:rsidRDefault="00AB4455">
      <w:pPr>
        <w:spacing w:after="60" w:line="259" w:lineRule="auto"/>
        <w:rPr>
          <w:b/>
          <w:bCs/>
        </w:rPr>
      </w:pPr>
      <w:r>
        <w:br/>
      </w:r>
      <w:r>
        <w:rPr>
          <w:b/>
          <w:bCs/>
        </w:rPr>
        <w:t>4. Verdieping</w:t>
      </w:r>
    </w:p>
    <w:p w14:paraId="187E657C" w14:textId="2BCFDF5E" w:rsidR="00AB4455" w:rsidRDefault="00AB4455" w:rsidP="00AB4455">
      <w:pPr>
        <w:spacing w:after="60" w:line="259" w:lineRule="auto"/>
        <w:rPr>
          <w:color w:val="526579"/>
          <w:sz w:val="18"/>
        </w:rPr>
      </w:pPr>
      <w:r>
        <w:rPr>
          <w:color w:val="526579"/>
          <w:sz w:val="18"/>
        </w:rPr>
        <w:t xml:space="preserve">Kies iets op verder op te focussen en vertel wat dit kan betekenen voor anderen of eventueel je eigen onderzoek. </w:t>
      </w:r>
    </w:p>
    <w:p w14:paraId="4407FF38" w14:textId="77777777" w:rsidR="00AB4455" w:rsidRPr="0062141C" w:rsidRDefault="00AB4455" w:rsidP="00AB4455">
      <w:pPr>
        <w:spacing w:after="60" w:line="259" w:lineRule="auto"/>
      </w:pPr>
    </w:p>
    <w:tbl>
      <w:tblPr>
        <w:tblW w:w="0" w:type="auto"/>
        <w:tblLayout w:type="fixed"/>
        <w:tblLook w:val="04A0" w:firstRow="1" w:lastRow="0" w:firstColumn="1" w:lastColumn="0" w:noHBand="0" w:noVBand="1"/>
      </w:tblPr>
      <w:tblGrid>
        <w:gridCol w:w="10200"/>
      </w:tblGrid>
      <w:tr w:rsidR="00AB4455" w:rsidRPr="0062141C" w14:paraId="2930D4C7" w14:textId="77777777" w:rsidTr="00954AEF">
        <w:tc>
          <w:tcPr>
            <w:tcW w:w="9639"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01D6D187" w14:textId="77777777" w:rsidR="00AB4455" w:rsidRPr="0062141C" w:rsidRDefault="00AB4455" w:rsidP="00954AEF">
            <w:pPr>
              <w:spacing w:after="0" w:line="252" w:lineRule="auto"/>
            </w:pPr>
          </w:p>
        </w:tc>
      </w:tr>
      <w:tr w:rsidR="00AB4455" w:rsidRPr="0062141C" w14:paraId="5BBBF624" w14:textId="77777777" w:rsidTr="00954AEF">
        <w:tc>
          <w:tcPr>
            <w:tcW w:w="10200"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515F9AA1" w14:textId="77777777" w:rsidR="00AB4455" w:rsidRPr="0062141C" w:rsidRDefault="00AB4455" w:rsidP="00954AEF">
            <w:pPr>
              <w:spacing w:after="0" w:line="252" w:lineRule="auto"/>
            </w:pPr>
          </w:p>
        </w:tc>
      </w:tr>
      <w:tr w:rsidR="00AB4455" w:rsidRPr="0062141C" w14:paraId="7E8F4E80" w14:textId="77777777" w:rsidTr="00954AEF">
        <w:tc>
          <w:tcPr>
            <w:tcW w:w="10200"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54DEB33F" w14:textId="77777777" w:rsidR="00AB4455" w:rsidRPr="0062141C" w:rsidRDefault="00AB4455" w:rsidP="00954AEF">
            <w:pPr>
              <w:spacing w:after="0" w:line="252" w:lineRule="auto"/>
            </w:pPr>
          </w:p>
        </w:tc>
      </w:tr>
      <w:tr w:rsidR="00AB4455" w:rsidRPr="0062141C" w14:paraId="19A440B1" w14:textId="77777777" w:rsidTr="00954AEF">
        <w:tc>
          <w:tcPr>
            <w:tcW w:w="10200"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5AC383CD" w14:textId="77777777" w:rsidR="00AB4455" w:rsidRPr="0062141C" w:rsidRDefault="00AB4455" w:rsidP="00954AEF">
            <w:pPr>
              <w:spacing w:after="0" w:line="252" w:lineRule="auto"/>
            </w:pPr>
          </w:p>
        </w:tc>
      </w:tr>
    </w:tbl>
    <w:p w14:paraId="484C9289" w14:textId="1093C0A1" w:rsidR="00AB4455" w:rsidRDefault="00AB4455" w:rsidP="00AB4455">
      <w:pPr>
        <w:spacing w:after="60" w:line="259" w:lineRule="auto"/>
        <w:rPr>
          <w:b/>
          <w:bCs/>
        </w:rPr>
      </w:pPr>
      <w:r>
        <w:br/>
      </w:r>
      <w:r>
        <w:rPr>
          <w:b/>
          <w:bCs/>
        </w:rPr>
        <w:t>5.</w:t>
      </w:r>
      <w:r>
        <w:rPr>
          <w:b/>
          <w:bCs/>
        </w:rPr>
        <w:t xml:space="preserve"> </w:t>
      </w:r>
      <w:r>
        <w:rPr>
          <w:b/>
          <w:bCs/>
        </w:rPr>
        <w:t>Afsluiting</w:t>
      </w:r>
    </w:p>
    <w:p w14:paraId="3C9E695C" w14:textId="5E4823D6" w:rsidR="00AB4455" w:rsidRDefault="00AB4455" w:rsidP="00AB4455">
      <w:pPr>
        <w:spacing w:after="60" w:line="259" w:lineRule="auto"/>
        <w:rPr>
          <w:color w:val="526579"/>
          <w:sz w:val="18"/>
        </w:rPr>
      </w:pPr>
      <w:r>
        <w:rPr>
          <w:color w:val="526579"/>
          <w:sz w:val="18"/>
        </w:rPr>
        <w:t xml:space="preserve">Beantwoord de vraag die je in het begin stelde of zorg dat de boodschap die je wou brengen nog eens helder en kort wordt uitgelegd. Vermeld je bronnen, bedankt gasten en luisteraars en sluit af. </w:t>
      </w:r>
    </w:p>
    <w:p w14:paraId="243CD53A" w14:textId="77777777" w:rsidR="00AB4455" w:rsidRPr="0062141C" w:rsidRDefault="00AB4455" w:rsidP="00AB4455">
      <w:pPr>
        <w:spacing w:after="60" w:line="259" w:lineRule="auto"/>
      </w:pPr>
    </w:p>
    <w:tbl>
      <w:tblPr>
        <w:tblW w:w="0" w:type="auto"/>
        <w:tblLayout w:type="fixed"/>
        <w:tblLook w:val="04A0" w:firstRow="1" w:lastRow="0" w:firstColumn="1" w:lastColumn="0" w:noHBand="0" w:noVBand="1"/>
      </w:tblPr>
      <w:tblGrid>
        <w:gridCol w:w="10200"/>
      </w:tblGrid>
      <w:tr w:rsidR="00AB4455" w:rsidRPr="0062141C" w14:paraId="67F9CF90" w14:textId="77777777" w:rsidTr="00954AEF">
        <w:tc>
          <w:tcPr>
            <w:tcW w:w="9639"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4CCCCDA3" w14:textId="77777777" w:rsidR="00AB4455" w:rsidRPr="0062141C" w:rsidRDefault="00AB4455" w:rsidP="00954AEF">
            <w:pPr>
              <w:spacing w:after="0" w:line="252" w:lineRule="auto"/>
            </w:pPr>
          </w:p>
        </w:tc>
      </w:tr>
      <w:tr w:rsidR="00AB4455" w:rsidRPr="0062141C" w14:paraId="17184D3C" w14:textId="77777777" w:rsidTr="00954AEF">
        <w:tc>
          <w:tcPr>
            <w:tcW w:w="10200"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759CAFFC" w14:textId="77777777" w:rsidR="00AB4455" w:rsidRPr="0062141C" w:rsidRDefault="00AB4455" w:rsidP="00954AEF">
            <w:pPr>
              <w:spacing w:after="0" w:line="252" w:lineRule="auto"/>
            </w:pPr>
          </w:p>
        </w:tc>
      </w:tr>
      <w:tr w:rsidR="00AB4455" w:rsidRPr="0062141C" w14:paraId="344DE183" w14:textId="77777777" w:rsidTr="00954AEF">
        <w:tc>
          <w:tcPr>
            <w:tcW w:w="10200"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1A57C5D9" w14:textId="77777777" w:rsidR="00AB4455" w:rsidRPr="0062141C" w:rsidRDefault="00AB4455" w:rsidP="00954AEF">
            <w:pPr>
              <w:spacing w:after="0" w:line="252" w:lineRule="auto"/>
            </w:pPr>
          </w:p>
        </w:tc>
      </w:tr>
      <w:tr w:rsidR="00AB4455" w:rsidRPr="0062141C" w14:paraId="344F8996" w14:textId="77777777" w:rsidTr="00954AEF">
        <w:tc>
          <w:tcPr>
            <w:tcW w:w="10200"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2AD1239A" w14:textId="77777777" w:rsidR="00AB4455" w:rsidRPr="0062141C" w:rsidRDefault="00AB4455" w:rsidP="00954AEF">
            <w:pPr>
              <w:spacing w:after="0" w:line="252" w:lineRule="auto"/>
            </w:pPr>
          </w:p>
        </w:tc>
      </w:tr>
    </w:tbl>
    <w:p w14:paraId="34D0C61A" w14:textId="77777777" w:rsidR="00AB4455" w:rsidRDefault="00AB4455">
      <w:pPr>
        <w:spacing w:after="60" w:line="259" w:lineRule="auto"/>
      </w:pPr>
    </w:p>
    <w:tbl>
      <w:tblPr>
        <w:tblW w:w="0" w:type="auto"/>
        <w:tblLayout w:type="fixed"/>
        <w:tblLook w:val="04A0" w:firstRow="1" w:lastRow="0" w:firstColumn="1" w:lastColumn="0" w:noHBand="0" w:noVBand="1"/>
      </w:tblPr>
      <w:tblGrid>
        <w:gridCol w:w="680"/>
        <w:gridCol w:w="8958"/>
      </w:tblGrid>
      <w:tr w:rsidR="00AB4455" w:rsidRPr="0062141C" w14:paraId="7764060C" w14:textId="77777777" w:rsidTr="00954AEF">
        <w:tc>
          <w:tcPr>
            <w:tcW w:w="680" w:type="dxa"/>
            <w:tcBorders>
              <w:top w:val="single" w:sz="6" w:space="0" w:color="D9E1E8"/>
              <w:left w:val="single" w:sz="6" w:space="0" w:color="D9E1E8"/>
              <w:bottom w:val="single" w:sz="6" w:space="0" w:color="D9E1E8"/>
              <w:right w:val="single" w:sz="6" w:space="0" w:color="D9E1E8"/>
            </w:tcBorders>
            <w:shd w:val="clear" w:color="auto" w:fill="1F4E78"/>
            <w:tcMar>
              <w:top w:w="105" w:type="dxa"/>
              <w:left w:w="135" w:type="dxa"/>
              <w:bottom w:w="105" w:type="dxa"/>
              <w:right w:w="135" w:type="dxa"/>
            </w:tcMar>
            <w:vAlign w:val="center"/>
          </w:tcPr>
          <w:p w14:paraId="70D1AA12" w14:textId="041D3416" w:rsidR="00AB4455" w:rsidRPr="0062141C" w:rsidRDefault="00AB4455" w:rsidP="00954AEF">
            <w:pPr>
              <w:spacing w:after="0" w:line="252" w:lineRule="auto"/>
            </w:pPr>
            <w:r>
              <w:rPr>
                <w:b/>
                <w:color w:val="FFFFFF"/>
                <w:sz w:val="24"/>
              </w:rPr>
              <w:t>4</w:t>
            </w:r>
          </w:p>
        </w:tc>
        <w:tc>
          <w:tcPr>
            <w:tcW w:w="8958" w:type="dxa"/>
            <w:tcBorders>
              <w:top w:val="single" w:sz="6" w:space="0" w:color="D9E1E8"/>
              <w:left w:val="single" w:sz="6" w:space="0" w:color="D9E1E8"/>
              <w:bottom w:val="single" w:sz="6" w:space="0" w:color="D9E1E8"/>
              <w:right w:val="single" w:sz="6" w:space="0" w:color="D9E1E8"/>
            </w:tcBorders>
            <w:shd w:val="clear" w:color="auto" w:fill="D9EAF7"/>
            <w:tcMar>
              <w:top w:w="105" w:type="dxa"/>
              <w:left w:w="135" w:type="dxa"/>
              <w:bottom w:w="105" w:type="dxa"/>
              <w:right w:w="135" w:type="dxa"/>
            </w:tcMar>
            <w:vAlign w:val="center"/>
          </w:tcPr>
          <w:p w14:paraId="36766741" w14:textId="77777777" w:rsidR="00AB4455" w:rsidRPr="0062141C" w:rsidRDefault="00AB4455" w:rsidP="00954AEF">
            <w:pPr>
              <w:spacing w:after="0" w:line="252" w:lineRule="auto"/>
            </w:pPr>
            <w:r w:rsidRPr="0062141C">
              <w:rPr>
                <w:b/>
                <w:color w:val="1F4E78"/>
                <w:sz w:val="24"/>
              </w:rPr>
              <w:t>Onderbouw je podcast met bronnen</w:t>
            </w:r>
          </w:p>
        </w:tc>
      </w:tr>
    </w:tbl>
    <w:p w14:paraId="5348E79B" w14:textId="77777777" w:rsidR="00AB4455" w:rsidRDefault="00AB4455" w:rsidP="00AB4455">
      <w:pPr>
        <w:spacing w:before="60" w:after="140" w:line="259" w:lineRule="auto"/>
        <w:rPr>
          <w:color w:val="1E293B"/>
          <w:sz w:val="20"/>
        </w:rPr>
      </w:pPr>
    </w:p>
    <w:p w14:paraId="2EE9F8DB" w14:textId="77777777" w:rsidR="00AB4455" w:rsidRDefault="00AB4455" w:rsidP="00AB4455">
      <w:pPr>
        <w:spacing w:before="60" w:after="140" w:line="259" w:lineRule="auto"/>
        <w:rPr>
          <w:color w:val="1E293B"/>
          <w:sz w:val="20"/>
        </w:rPr>
      </w:pPr>
      <w:r w:rsidRPr="0062141C">
        <w:rPr>
          <w:color w:val="1E293B"/>
          <w:sz w:val="20"/>
        </w:rPr>
        <w:t xml:space="preserve">Gebruik minstens drie betrouwbare bronnen. Dat kunnen bijvoorbeeld boeken, </w:t>
      </w:r>
      <w:proofErr w:type="spellStart"/>
      <w:r w:rsidRPr="0062141C">
        <w:rPr>
          <w:color w:val="1E293B"/>
          <w:sz w:val="20"/>
        </w:rPr>
        <w:t>krantenartikels</w:t>
      </w:r>
      <w:proofErr w:type="spellEnd"/>
      <w:r w:rsidRPr="0062141C">
        <w:rPr>
          <w:color w:val="1E293B"/>
          <w:sz w:val="20"/>
        </w:rPr>
        <w:t>, betrouwbare websites, onderzoeksrapporten of gesprekken met een deskundige zijn. Vermeld broninformatie ook mondeling in je podcast, bijvoorbeeld: Volgens een onderzoek van ...</w:t>
      </w:r>
    </w:p>
    <w:p w14:paraId="60FCB157" w14:textId="77777777" w:rsidR="00AB4455" w:rsidRPr="0062141C" w:rsidRDefault="00AB4455" w:rsidP="00AB4455">
      <w:pPr>
        <w:spacing w:before="60" w:after="140" w:line="259" w:lineRule="auto"/>
      </w:pPr>
    </w:p>
    <w:tbl>
      <w:tblPr>
        <w:tblW w:w="0" w:type="auto"/>
        <w:tblLayout w:type="fixed"/>
        <w:tblLook w:val="04A0" w:firstRow="1" w:lastRow="0" w:firstColumn="1" w:lastColumn="0" w:noHBand="0" w:noVBand="1"/>
      </w:tblPr>
      <w:tblGrid>
        <w:gridCol w:w="1190"/>
        <w:gridCol w:w="3061"/>
        <w:gridCol w:w="2948"/>
        <w:gridCol w:w="2438"/>
      </w:tblGrid>
      <w:tr w:rsidR="00AB4455" w:rsidRPr="0062141C" w14:paraId="53EAC622" w14:textId="77777777" w:rsidTr="00954AEF">
        <w:tc>
          <w:tcPr>
            <w:tcW w:w="1190" w:type="dxa"/>
            <w:tcBorders>
              <w:top w:val="single" w:sz="6" w:space="0" w:color="D9E1E8"/>
              <w:left w:val="single" w:sz="6" w:space="0" w:color="D9E1E8"/>
              <w:bottom w:val="single" w:sz="6" w:space="0" w:color="D9E1E8"/>
              <w:right w:val="single" w:sz="6" w:space="0" w:color="D9E1E8"/>
            </w:tcBorders>
            <w:shd w:val="clear" w:color="auto" w:fill="1F4E78"/>
            <w:tcMar>
              <w:top w:w="105" w:type="dxa"/>
              <w:left w:w="135" w:type="dxa"/>
              <w:bottom w:w="105" w:type="dxa"/>
              <w:right w:w="135" w:type="dxa"/>
            </w:tcMar>
            <w:vAlign w:val="center"/>
          </w:tcPr>
          <w:p w14:paraId="592C30E5" w14:textId="77777777" w:rsidR="00AB4455" w:rsidRPr="0062141C" w:rsidRDefault="00AB4455" w:rsidP="00954AEF">
            <w:pPr>
              <w:spacing w:after="0" w:line="252" w:lineRule="auto"/>
              <w:jc w:val="center"/>
            </w:pPr>
            <w:r w:rsidRPr="0062141C">
              <w:rPr>
                <w:b/>
                <w:color w:val="FFFFFF"/>
                <w:sz w:val="17"/>
              </w:rPr>
              <w:t>Bron</w:t>
            </w:r>
          </w:p>
        </w:tc>
        <w:tc>
          <w:tcPr>
            <w:tcW w:w="3061" w:type="dxa"/>
            <w:tcBorders>
              <w:top w:val="single" w:sz="6" w:space="0" w:color="D9E1E8"/>
              <w:left w:val="single" w:sz="6" w:space="0" w:color="D9E1E8"/>
              <w:bottom w:val="single" w:sz="6" w:space="0" w:color="D9E1E8"/>
              <w:right w:val="single" w:sz="6" w:space="0" w:color="D9E1E8"/>
            </w:tcBorders>
            <w:shd w:val="clear" w:color="auto" w:fill="1F4E78"/>
            <w:tcMar>
              <w:top w:w="105" w:type="dxa"/>
              <w:left w:w="135" w:type="dxa"/>
              <w:bottom w:w="105" w:type="dxa"/>
              <w:right w:w="135" w:type="dxa"/>
            </w:tcMar>
            <w:vAlign w:val="center"/>
          </w:tcPr>
          <w:p w14:paraId="0F5C9650" w14:textId="77777777" w:rsidR="00AB4455" w:rsidRPr="0062141C" w:rsidRDefault="00AB4455" w:rsidP="00954AEF">
            <w:pPr>
              <w:spacing w:after="0" w:line="252" w:lineRule="auto"/>
              <w:jc w:val="center"/>
            </w:pPr>
            <w:r w:rsidRPr="0062141C">
              <w:rPr>
                <w:b/>
                <w:color w:val="FFFFFF"/>
                <w:sz w:val="17"/>
              </w:rPr>
              <w:t>Auteur of organisatie</w:t>
            </w:r>
            <w:r w:rsidRPr="0062141C">
              <w:rPr>
                <w:b/>
                <w:color w:val="FFFFFF"/>
                <w:sz w:val="17"/>
              </w:rPr>
              <w:br/>
              <w:t>titel en jaar</w:t>
            </w:r>
          </w:p>
        </w:tc>
        <w:tc>
          <w:tcPr>
            <w:tcW w:w="2948" w:type="dxa"/>
            <w:tcBorders>
              <w:top w:val="single" w:sz="6" w:space="0" w:color="D9E1E8"/>
              <w:left w:val="single" w:sz="6" w:space="0" w:color="D9E1E8"/>
              <w:bottom w:val="single" w:sz="6" w:space="0" w:color="D9E1E8"/>
              <w:right w:val="single" w:sz="6" w:space="0" w:color="D9E1E8"/>
            </w:tcBorders>
            <w:shd w:val="clear" w:color="auto" w:fill="1F4E78"/>
            <w:tcMar>
              <w:top w:w="105" w:type="dxa"/>
              <w:left w:w="135" w:type="dxa"/>
              <w:bottom w:w="105" w:type="dxa"/>
              <w:right w:w="135" w:type="dxa"/>
            </w:tcMar>
            <w:vAlign w:val="center"/>
          </w:tcPr>
          <w:p w14:paraId="6DFF3BB9" w14:textId="77777777" w:rsidR="00AB4455" w:rsidRPr="0062141C" w:rsidRDefault="00AB4455" w:rsidP="00954AEF">
            <w:pPr>
              <w:spacing w:after="0" w:line="252" w:lineRule="auto"/>
              <w:jc w:val="center"/>
            </w:pPr>
            <w:r w:rsidRPr="0062141C">
              <w:rPr>
                <w:b/>
                <w:color w:val="FFFFFF"/>
                <w:sz w:val="17"/>
              </w:rPr>
              <w:t>Wat leer ik uit deze bron?</w:t>
            </w:r>
          </w:p>
        </w:tc>
        <w:tc>
          <w:tcPr>
            <w:tcW w:w="2438" w:type="dxa"/>
            <w:tcBorders>
              <w:top w:val="single" w:sz="6" w:space="0" w:color="D9E1E8"/>
              <w:left w:val="single" w:sz="6" w:space="0" w:color="D9E1E8"/>
              <w:bottom w:val="single" w:sz="6" w:space="0" w:color="D9E1E8"/>
              <w:right w:val="single" w:sz="6" w:space="0" w:color="D9E1E8"/>
            </w:tcBorders>
            <w:shd w:val="clear" w:color="auto" w:fill="1F4E78"/>
            <w:tcMar>
              <w:top w:w="105" w:type="dxa"/>
              <w:left w:w="135" w:type="dxa"/>
              <w:bottom w:w="105" w:type="dxa"/>
              <w:right w:w="135" w:type="dxa"/>
            </w:tcMar>
            <w:vAlign w:val="center"/>
          </w:tcPr>
          <w:p w14:paraId="73A31F0A" w14:textId="77777777" w:rsidR="00AB4455" w:rsidRPr="0062141C" w:rsidRDefault="00AB4455" w:rsidP="00954AEF">
            <w:pPr>
              <w:spacing w:after="0" w:line="252" w:lineRule="auto"/>
              <w:jc w:val="center"/>
            </w:pPr>
            <w:r w:rsidRPr="0062141C">
              <w:rPr>
                <w:b/>
                <w:color w:val="FFFFFF"/>
                <w:sz w:val="17"/>
              </w:rPr>
              <w:t>Hoe gebruik ik dit in mijn podcast?</w:t>
            </w:r>
          </w:p>
        </w:tc>
      </w:tr>
      <w:tr w:rsidR="00AB4455" w:rsidRPr="0062141C" w14:paraId="0CFCA84F" w14:textId="77777777" w:rsidTr="00954AEF">
        <w:tc>
          <w:tcPr>
            <w:tcW w:w="1190" w:type="dxa"/>
            <w:tcBorders>
              <w:top w:val="single" w:sz="6" w:space="0" w:color="D9E1E8"/>
              <w:left w:val="single" w:sz="6" w:space="0" w:color="D9E1E8"/>
              <w:bottom w:val="single" w:sz="6" w:space="0" w:color="D9E1E8"/>
              <w:right w:val="single" w:sz="6" w:space="0" w:color="D9E1E8"/>
            </w:tcBorders>
            <w:shd w:val="clear" w:color="auto" w:fill="D9EAF7"/>
            <w:tcMar>
              <w:top w:w="105" w:type="dxa"/>
              <w:left w:w="135" w:type="dxa"/>
              <w:bottom w:w="105" w:type="dxa"/>
              <w:right w:w="135" w:type="dxa"/>
            </w:tcMar>
            <w:vAlign w:val="center"/>
          </w:tcPr>
          <w:p w14:paraId="70BFD7CC" w14:textId="77777777" w:rsidR="00AB4455" w:rsidRPr="0062141C" w:rsidRDefault="00AB4455" w:rsidP="00954AEF">
            <w:pPr>
              <w:spacing w:after="0" w:line="252" w:lineRule="auto"/>
              <w:jc w:val="center"/>
            </w:pPr>
            <w:r w:rsidRPr="0062141C">
              <w:rPr>
                <w:b/>
                <w:color w:val="1F4E78"/>
                <w:sz w:val="18"/>
              </w:rPr>
              <w:t>Bron 1</w:t>
            </w:r>
          </w:p>
        </w:tc>
        <w:tc>
          <w:tcPr>
            <w:tcW w:w="3061"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0AC697F6" w14:textId="77777777" w:rsidR="00AB4455" w:rsidRPr="0062141C" w:rsidRDefault="00AB4455" w:rsidP="00954AEF">
            <w:pPr>
              <w:spacing w:after="0" w:line="252" w:lineRule="auto"/>
            </w:pPr>
            <w:r w:rsidRPr="0062141C">
              <w:rPr>
                <w:color w:val="1E293B"/>
                <w:sz w:val="18"/>
              </w:rPr>
              <w:br/>
            </w:r>
            <w:r w:rsidRPr="0062141C">
              <w:rPr>
                <w:color w:val="1E293B"/>
                <w:sz w:val="18"/>
              </w:rPr>
              <w:br/>
            </w:r>
            <w:r w:rsidRPr="0062141C">
              <w:rPr>
                <w:color w:val="1E293B"/>
                <w:sz w:val="18"/>
              </w:rPr>
              <w:br/>
            </w:r>
          </w:p>
        </w:tc>
        <w:tc>
          <w:tcPr>
            <w:tcW w:w="2948"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7FC06CBD" w14:textId="77777777" w:rsidR="00AB4455" w:rsidRPr="0062141C" w:rsidRDefault="00AB4455" w:rsidP="00954AEF">
            <w:pPr>
              <w:spacing w:after="0" w:line="252" w:lineRule="auto"/>
            </w:pPr>
            <w:r w:rsidRPr="0062141C">
              <w:rPr>
                <w:color w:val="1E293B"/>
                <w:sz w:val="18"/>
              </w:rPr>
              <w:br/>
            </w:r>
            <w:r w:rsidRPr="0062141C">
              <w:rPr>
                <w:color w:val="1E293B"/>
                <w:sz w:val="18"/>
              </w:rPr>
              <w:br/>
            </w:r>
            <w:r w:rsidRPr="0062141C">
              <w:rPr>
                <w:color w:val="1E293B"/>
                <w:sz w:val="18"/>
              </w:rPr>
              <w:br/>
            </w:r>
          </w:p>
        </w:tc>
        <w:tc>
          <w:tcPr>
            <w:tcW w:w="2438"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14188D97" w14:textId="77777777" w:rsidR="00AB4455" w:rsidRPr="0062141C" w:rsidRDefault="00AB4455" w:rsidP="00954AEF">
            <w:pPr>
              <w:spacing w:after="0" w:line="252" w:lineRule="auto"/>
            </w:pPr>
            <w:r w:rsidRPr="0062141C">
              <w:rPr>
                <w:color w:val="1E293B"/>
                <w:sz w:val="18"/>
              </w:rPr>
              <w:br/>
            </w:r>
            <w:r w:rsidRPr="0062141C">
              <w:rPr>
                <w:color w:val="1E293B"/>
                <w:sz w:val="18"/>
              </w:rPr>
              <w:br/>
            </w:r>
            <w:r w:rsidRPr="0062141C">
              <w:rPr>
                <w:color w:val="1E293B"/>
                <w:sz w:val="18"/>
              </w:rPr>
              <w:br/>
            </w:r>
          </w:p>
        </w:tc>
      </w:tr>
      <w:tr w:rsidR="00AB4455" w:rsidRPr="0062141C" w14:paraId="4F894F04" w14:textId="77777777" w:rsidTr="00954AEF">
        <w:tc>
          <w:tcPr>
            <w:tcW w:w="1190" w:type="dxa"/>
            <w:tcBorders>
              <w:top w:val="single" w:sz="6" w:space="0" w:color="D9E1E8"/>
              <w:left w:val="single" w:sz="6" w:space="0" w:color="D9E1E8"/>
              <w:bottom w:val="single" w:sz="6" w:space="0" w:color="D9E1E8"/>
              <w:right w:val="single" w:sz="6" w:space="0" w:color="D9E1E8"/>
            </w:tcBorders>
            <w:shd w:val="clear" w:color="auto" w:fill="D9EAF7"/>
            <w:tcMar>
              <w:top w:w="105" w:type="dxa"/>
              <w:left w:w="135" w:type="dxa"/>
              <w:bottom w:w="105" w:type="dxa"/>
              <w:right w:w="135" w:type="dxa"/>
            </w:tcMar>
            <w:vAlign w:val="center"/>
          </w:tcPr>
          <w:p w14:paraId="53D198FE" w14:textId="77777777" w:rsidR="00AB4455" w:rsidRPr="0062141C" w:rsidRDefault="00AB4455" w:rsidP="00954AEF">
            <w:pPr>
              <w:spacing w:after="0" w:line="252" w:lineRule="auto"/>
              <w:jc w:val="center"/>
            </w:pPr>
            <w:r w:rsidRPr="0062141C">
              <w:rPr>
                <w:b/>
                <w:color w:val="1F4E78"/>
                <w:sz w:val="18"/>
              </w:rPr>
              <w:t>Bron 2</w:t>
            </w:r>
          </w:p>
        </w:tc>
        <w:tc>
          <w:tcPr>
            <w:tcW w:w="3061"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2AE72E41" w14:textId="77777777" w:rsidR="00AB4455" w:rsidRPr="0062141C" w:rsidRDefault="00AB4455" w:rsidP="00954AEF">
            <w:pPr>
              <w:spacing w:after="0" w:line="252" w:lineRule="auto"/>
            </w:pPr>
            <w:r w:rsidRPr="0062141C">
              <w:rPr>
                <w:color w:val="1E293B"/>
                <w:sz w:val="18"/>
              </w:rPr>
              <w:br/>
            </w:r>
            <w:r w:rsidRPr="0062141C">
              <w:rPr>
                <w:color w:val="1E293B"/>
                <w:sz w:val="18"/>
              </w:rPr>
              <w:br/>
            </w:r>
            <w:r w:rsidRPr="0062141C">
              <w:rPr>
                <w:color w:val="1E293B"/>
                <w:sz w:val="18"/>
              </w:rPr>
              <w:br/>
            </w:r>
          </w:p>
        </w:tc>
        <w:tc>
          <w:tcPr>
            <w:tcW w:w="2948"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01E62F43" w14:textId="77777777" w:rsidR="00AB4455" w:rsidRPr="0062141C" w:rsidRDefault="00AB4455" w:rsidP="00954AEF">
            <w:pPr>
              <w:spacing w:after="0" w:line="252" w:lineRule="auto"/>
            </w:pPr>
            <w:r w:rsidRPr="0062141C">
              <w:rPr>
                <w:color w:val="1E293B"/>
                <w:sz w:val="18"/>
              </w:rPr>
              <w:br/>
            </w:r>
            <w:r w:rsidRPr="0062141C">
              <w:rPr>
                <w:color w:val="1E293B"/>
                <w:sz w:val="18"/>
              </w:rPr>
              <w:br/>
            </w:r>
            <w:r w:rsidRPr="0062141C">
              <w:rPr>
                <w:color w:val="1E293B"/>
                <w:sz w:val="18"/>
              </w:rPr>
              <w:br/>
            </w:r>
          </w:p>
        </w:tc>
        <w:tc>
          <w:tcPr>
            <w:tcW w:w="2438"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76AFC0EE" w14:textId="77777777" w:rsidR="00AB4455" w:rsidRPr="0062141C" w:rsidRDefault="00AB4455" w:rsidP="00954AEF">
            <w:pPr>
              <w:spacing w:after="0" w:line="252" w:lineRule="auto"/>
            </w:pPr>
            <w:r w:rsidRPr="0062141C">
              <w:rPr>
                <w:color w:val="1E293B"/>
                <w:sz w:val="18"/>
              </w:rPr>
              <w:br/>
            </w:r>
            <w:r w:rsidRPr="0062141C">
              <w:rPr>
                <w:color w:val="1E293B"/>
                <w:sz w:val="18"/>
              </w:rPr>
              <w:br/>
            </w:r>
            <w:r w:rsidRPr="0062141C">
              <w:rPr>
                <w:color w:val="1E293B"/>
                <w:sz w:val="18"/>
              </w:rPr>
              <w:br/>
            </w:r>
          </w:p>
        </w:tc>
      </w:tr>
      <w:tr w:rsidR="00AB4455" w:rsidRPr="0062141C" w14:paraId="31913990" w14:textId="77777777" w:rsidTr="00954AEF">
        <w:tc>
          <w:tcPr>
            <w:tcW w:w="1190" w:type="dxa"/>
            <w:tcBorders>
              <w:top w:val="single" w:sz="6" w:space="0" w:color="D9E1E8"/>
              <w:left w:val="single" w:sz="6" w:space="0" w:color="D9E1E8"/>
              <w:bottom w:val="single" w:sz="6" w:space="0" w:color="D9E1E8"/>
              <w:right w:val="single" w:sz="6" w:space="0" w:color="D9E1E8"/>
            </w:tcBorders>
            <w:shd w:val="clear" w:color="auto" w:fill="D9EAF7"/>
            <w:tcMar>
              <w:top w:w="105" w:type="dxa"/>
              <w:left w:w="135" w:type="dxa"/>
              <w:bottom w:w="105" w:type="dxa"/>
              <w:right w:w="135" w:type="dxa"/>
            </w:tcMar>
            <w:vAlign w:val="center"/>
          </w:tcPr>
          <w:p w14:paraId="61A9343A" w14:textId="77777777" w:rsidR="00AB4455" w:rsidRPr="0062141C" w:rsidRDefault="00AB4455" w:rsidP="00954AEF">
            <w:pPr>
              <w:spacing w:after="0" w:line="252" w:lineRule="auto"/>
              <w:jc w:val="center"/>
            </w:pPr>
            <w:r w:rsidRPr="0062141C">
              <w:rPr>
                <w:b/>
                <w:color w:val="1F4E78"/>
                <w:sz w:val="18"/>
              </w:rPr>
              <w:t>Bron 3</w:t>
            </w:r>
          </w:p>
        </w:tc>
        <w:tc>
          <w:tcPr>
            <w:tcW w:w="3061"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334584DD" w14:textId="77777777" w:rsidR="00AB4455" w:rsidRPr="0062141C" w:rsidRDefault="00AB4455" w:rsidP="00954AEF">
            <w:pPr>
              <w:spacing w:after="0" w:line="252" w:lineRule="auto"/>
            </w:pPr>
            <w:r w:rsidRPr="0062141C">
              <w:rPr>
                <w:color w:val="1E293B"/>
                <w:sz w:val="18"/>
              </w:rPr>
              <w:br/>
            </w:r>
            <w:r w:rsidRPr="0062141C">
              <w:rPr>
                <w:color w:val="1E293B"/>
                <w:sz w:val="18"/>
              </w:rPr>
              <w:br/>
            </w:r>
            <w:r w:rsidRPr="0062141C">
              <w:rPr>
                <w:color w:val="1E293B"/>
                <w:sz w:val="18"/>
              </w:rPr>
              <w:br/>
            </w:r>
          </w:p>
        </w:tc>
        <w:tc>
          <w:tcPr>
            <w:tcW w:w="2948"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0D06EC6D" w14:textId="77777777" w:rsidR="00AB4455" w:rsidRPr="0062141C" w:rsidRDefault="00AB4455" w:rsidP="00954AEF">
            <w:pPr>
              <w:spacing w:after="0" w:line="252" w:lineRule="auto"/>
            </w:pPr>
            <w:r w:rsidRPr="0062141C">
              <w:rPr>
                <w:color w:val="1E293B"/>
                <w:sz w:val="18"/>
              </w:rPr>
              <w:br/>
            </w:r>
            <w:r w:rsidRPr="0062141C">
              <w:rPr>
                <w:color w:val="1E293B"/>
                <w:sz w:val="18"/>
              </w:rPr>
              <w:br/>
            </w:r>
            <w:r w:rsidRPr="0062141C">
              <w:rPr>
                <w:color w:val="1E293B"/>
                <w:sz w:val="18"/>
              </w:rPr>
              <w:br/>
            </w:r>
          </w:p>
        </w:tc>
        <w:tc>
          <w:tcPr>
            <w:tcW w:w="2438"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5DA8D8C7" w14:textId="77777777" w:rsidR="00AB4455" w:rsidRPr="0062141C" w:rsidRDefault="00AB4455" w:rsidP="00954AEF">
            <w:pPr>
              <w:spacing w:after="0" w:line="252" w:lineRule="auto"/>
            </w:pPr>
            <w:r w:rsidRPr="0062141C">
              <w:rPr>
                <w:color w:val="1E293B"/>
                <w:sz w:val="18"/>
              </w:rPr>
              <w:br/>
            </w:r>
            <w:r w:rsidRPr="0062141C">
              <w:rPr>
                <w:color w:val="1E293B"/>
                <w:sz w:val="18"/>
              </w:rPr>
              <w:br/>
            </w:r>
            <w:r w:rsidRPr="0062141C">
              <w:rPr>
                <w:color w:val="1E293B"/>
                <w:sz w:val="18"/>
              </w:rPr>
              <w:br/>
            </w:r>
          </w:p>
        </w:tc>
      </w:tr>
    </w:tbl>
    <w:p w14:paraId="2B5A190A" w14:textId="77777777" w:rsidR="00AB4455" w:rsidRPr="0062141C" w:rsidRDefault="00AB4455" w:rsidP="00AB4455">
      <w:pPr>
        <w:spacing w:after="100" w:line="259" w:lineRule="auto"/>
      </w:pPr>
    </w:p>
    <w:p w14:paraId="3A7F524D" w14:textId="77777777" w:rsidR="00AB4455" w:rsidRPr="0062141C" w:rsidRDefault="00AB4455" w:rsidP="00AB4455">
      <w:pPr>
        <w:spacing w:after="60" w:line="259" w:lineRule="auto"/>
      </w:pPr>
      <w:r w:rsidRPr="0062141C">
        <w:rPr>
          <w:b/>
          <w:color w:val="1E293B"/>
          <w:sz w:val="20"/>
        </w:rPr>
        <w:t>Bronnen gebruiken in je podcast</w:t>
      </w:r>
    </w:p>
    <w:p w14:paraId="41851A41" w14:textId="77777777" w:rsidR="00AB4455" w:rsidRPr="0062141C" w:rsidRDefault="00AB4455" w:rsidP="00AB4455">
      <w:pPr>
        <w:spacing w:after="40" w:line="259" w:lineRule="auto"/>
      </w:pPr>
      <w:r w:rsidRPr="0062141C">
        <w:rPr>
          <w:color w:val="1E293B"/>
          <w:sz w:val="19"/>
        </w:rPr>
        <w:t>☐ Ik controleer wie de bron maakte en waarom die betrouwbaar is.</w:t>
      </w:r>
    </w:p>
    <w:p w14:paraId="2A4D17FD" w14:textId="77777777" w:rsidR="00AB4455" w:rsidRPr="0062141C" w:rsidRDefault="00AB4455" w:rsidP="00AB4455">
      <w:pPr>
        <w:spacing w:after="40" w:line="259" w:lineRule="auto"/>
      </w:pPr>
      <w:r w:rsidRPr="0062141C">
        <w:rPr>
          <w:color w:val="1E293B"/>
          <w:sz w:val="19"/>
        </w:rPr>
        <w:t>☐ Ik leg informatie uit in mijn eigen woorden en lees geen lange stukken letterlijk voor.</w:t>
      </w:r>
    </w:p>
    <w:p w14:paraId="6A9E1FB9" w14:textId="77777777" w:rsidR="00AB4455" w:rsidRPr="0062141C" w:rsidRDefault="00AB4455" w:rsidP="00AB4455">
      <w:pPr>
        <w:spacing w:after="40" w:line="259" w:lineRule="auto"/>
      </w:pPr>
      <w:r w:rsidRPr="0062141C">
        <w:rPr>
          <w:color w:val="1E293B"/>
          <w:sz w:val="19"/>
        </w:rPr>
        <w:t>☐ Ik noem tijdens de podcast minstens drie bronnen of deskundigen.</w:t>
      </w:r>
    </w:p>
    <w:p w14:paraId="4F33DBBD" w14:textId="77777777" w:rsidR="00AB4455" w:rsidRPr="0062141C" w:rsidRDefault="00AB4455" w:rsidP="00AB4455">
      <w:pPr>
        <w:spacing w:after="40" w:line="259" w:lineRule="auto"/>
      </w:pPr>
      <w:r w:rsidRPr="0062141C">
        <w:rPr>
          <w:color w:val="1E293B"/>
          <w:sz w:val="19"/>
        </w:rPr>
        <w:t>☐ Ik voeg achteraf een volledige bronnenlijst toe bij mijn upload op Smartschool.</w:t>
      </w:r>
    </w:p>
    <w:p w14:paraId="1381D235" w14:textId="77777777" w:rsidR="00AB4455" w:rsidRDefault="00AB4455" w:rsidP="00AB4455">
      <w:pPr>
        <w:spacing w:after="40" w:line="259" w:lineRule="auto"/>
        <w:rPr>
          <w:color w:val="1E293B"/>
          <w:sz w:val="19"/>
        </w:rPr>
      </w:pPr>
      <w:r w:rsidRPr="0062141C">
        <w:rPr>
          <w:color w:val="1E293B"/>
          <w:sz w:val="19"/>
        </w:rPr>
        <w:t>☐ Ik vermeld muziek, geluiden of fragmenten die niet van mezelf zijn.</w:t>
      </w:r>
    </w:p>
    <w:p w14:paraId="7669E7FC" w14:textId="77777777" w:rsidR="00AB4455" w:rsidRPr="0062141C" w:rsidRDefault="00AB4455" w:rsidP="00AB4455">
      <w:pPr>
        <w:spacing w:after="40" w:line="259" w:lineRule="auto"/>
      </w:pPr>
    </w:p>
    <w:p w14:paraId="57F5993E" w14:textId="77777777" w:rsidR="00AB4455" w:rsidRPr="0062141C" w:rsidRDefault="00AB4455" w:rsidP="00AB4455">
      <w:pPr>
        <w:spacing w:after="40" w:line="259" w:lineRule="auto"/>
      </w:pPr>
      <w:r w:rsidRPr="0062141C">
        <w:rPr>
          <w:b/>
          <w:color w:val="1E293B"/>
          <w:sz w:val="20"/>
        </w:rPr>
        <w:t>Welke bron of welk inzicht wil ik zeker verwerken?</w:t>
      </w:r>
    </w:p>
    <w:tbl>
      <w:tblPr>
        <w:tblW w:w="0" w:type="auto"/>
        <w:tblLayout w:type="fixed"/>
        <w:tblLook w:val="04A0" w:firstRow="1" w:lastRow="0" w:firstColumn="1" w:lastColumn="0" w:noHBand="0" w:noVBand="1"/>
      </w:tblPr>
      <w:tblGrid>
        <w:gridCol w:w="10200"/>
      </w:tblGrid>
      <w:tr w:rsidR="00AB4455" w:rsidRPr="0062141C" w14:paraId="480DCB01" w14:textId="77777777" w:rsidTr="00954AEF">
        <w:tc>
          <w:tcPr>
            <w:tcW w:w="9639"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0404D28B" w14:textId="77777777" w:rsidR="00AB4455" w:rsidRPr="0062141C" w:rsidRDefault="00AB4455" w:rsidP="00954AEF">
            <w:pPr>
              <w:spacing w:after="0" w:line="252" w:lineRule="auto"/>
            </w:pPr>
          </w:p>
        </w:tc>
      </w:tr>
      <w:tr w:rsidR="00AB4455" w:rsidRPr="0062141C" w14:paraId="12E5C68D" w14:textId="77777777" w:rsidTr="00954AEF">
        <w:tc>
          <w:tcPr>
            <w:tcW w:w="10200"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5431BB28" w14:textId="77777777" w:rsidR="00AB4455" w:rsidRPr="0062141C" w:rsidRDefault="00AB4455" w:rsidP="00954AEF">
            <w:pPr>
              <w:spacing w:after="0" w:line="252" w:lineRule="auto"/>
            </w:pPr>
          </w:p>
        </w:tc>
      </w:tr>
      <w:tr w:rsidR="00AB4455" w:rsidRPr="0062141C" w14:paraId="2E49ACAB" w14:textId="77777777" w:rsidTr="00954AEF">
        <w:tc>
          <w:tcPr>
            <w:tcW w:w="10200"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13FEBA9C" w14:textId="77777777" w:rsidR="00AB4455" w:rsidRPr="0062141C" w:rsidRDefault="00AB4455" w:rsidP="00954AEF">
            <w:pPr>
              <w:spacing w:after="0" w:line="252" w:lineRule="auto"/>
            </w:pPr>
          </w:p>
        </w:tc>
      </w:tr>
    </w:tbl>
    <w:p w14:paraId="3D20E63D" w14:textId="77777777" w:rsidR="00AB4455" w:rsidRDefault="00AB4455">
      <w:pPr>
        <w:spacing w:after="60" w:line="259" w:lineRule="auto"/>
      </w:pPr>
    </w:p>
    <w:p w14:paraId="3B9A0B33" w14:textId="77777777" w:rsidR="00AB4455" w:rsidRDefault="00AB4455">
      <w:pPr>
        <w:spacing w:after="60" w:line="259" w:lineRule="auto"/>
      </w:pPr>
    </w:p>
    <w:p w14:paraId="34B76ED3" w14:textId="77777777" w:rsidR="00AB4455" w:rsidRDefault="00AB4455">
      <w:pPr>
        <w:spacing w:after="60" w:line="259" w:lineRule="auto"/>
      </w:pPr>
    </w:p>
    <w:p w14:paraId="75CE6F64" w14:textId="77777777" w:rsidR="00AB4455" w:rsidRDefault="00AB4455">
      <w:pPr>
        <w:spacing w:after="60" w:line="259" w:lineRule="auto"/>
      </w:pPr>
    </w:p>
    <w:p w14:paraId="53546ACF" w14:textId="77777777" w:rsidR="00AB4455" w:rsidRDefault="00AB4455">
      <w:pPr>
        <w:spacing w:after="60" w:line="259" w:lineRule="auto"/>
      </w:pPr>
    </w:p>
    <w:p w14:paraId="52D82BD9" w14:textId="77777777" w:rsidR="00AB4455" w:rsidRDefault="00AB4455">
      <w:pPr>
        <w:spacing w:after="60" w:line="259" w:lineRule="auto"/>
      </w:pPr>
    </w:p>
    <w:p w14:paraId="6EC0E4A5" w14:textId="77777777" w:rsidR="00AB4455" w:rsidRDefault="00AB4455">
      <w:pPr>
        <w:spacing w:after="60" w:line="259" w:lineRule="auto"/>
      </w:pPr>
    </w:p>
    <w:p w14:paraId="0A861AA3" w14:textId="77777777" w:rsidR="00AB4455" w:rsidRDefault="00AB4455">
      <w:pPr>
        <w:spacing w:after="60" w:line="259" w:lineRule="auto"/>
      </w:pPr>
    </w:p>
    <w:p w14:paraId="0E01D289" w14:textId="77777777" w:rsidR="00AB4455" w:rsidRDefault="00AB4455">
      <w:pPr>
        <w:spacing w:after="60" w:line="259" w:lineRule="auto"/>
      </w:pPr>
    </w:p>
    <w:tbl>
      <w:tblPr>
        <w:tblW w:w="0" w:type="auto"/>
        <w:tblLayout w:type="fixed"/>
        <w:tblLook w:val="04A0" w:firstRow="1" w:lastRow="0" w:firstColumn="1" w:lastColumn="0" w:noHBand="0" w:noVBand="1"/>
      </w:tblPr>
      <w:tblGrid>
        <w:gridCol w:w="680"/>
        <w:gridCol w:w="8958"/>
      </w:tblGrid>
      <w:tr w:rsidR="00AB4455" w:rsidRPr="0062141C" w14:paraId="16881811" w14:textId="77777777" w:rsidTr="00954AEF">
        <w:tc>
          <w:tcPr>
            <w:tcW w:w="680" w:type="dxa"/>
            <w:tcBorders>
              <w:top w:val="single" w:sz="6" w:space="0" w:color="D9E1E8"/>
              <w:left w:val="single" w:sz="6" w:space="0" w:color="D9E1E8"/>
              <w:bottom w:val="single" w:sz="6" w:space="0" w:color="D9E1E8"/>
              <w:right w:val="single" w:sz="6" w:space="0" w:color="D9E1E8"/>
            </w:tcBorders>
            <w:shd w:val="clear" w:color="auto" w:fill="1F4E78"/>
            <w:tcMar>
              <w:top w:w="105" w:type="dxa"/>
              <w:left w:w="135" w:type="dxa"/>
              <w:bottom w:w="105" w:type="dxa"/>
              <w:right w:w="135" w:type="dxa"/>
            </w:tcMar>
            <w:vAlign w:val="center"/>
          </w:tcPr>
          <w:p w14:paraId="13C5515F" w14:textId="68256CBA" w:rsidR="00AB4455" w:rsidRPr="0062141C" w:rsidRDefault="00AB4455" w:rsidP="00954AEF">
            <w:pPr>
              <w:spacing w:after="0" w:line="252" w:lineRule="auto"/>
            </w:pPr>
            <w:r>
              <w:rPr>
                <w:b/>
                <w:color w:val="FFFFFF"/>
                <w:sz w:val="24"/>
              </w:rPr>
              <w:t>5</w:t>
            </w:r>
          </w:p>
        </w:tc>
        <w:tc>
          <w:tcPr>
            <w:tcW w:w="8958" w:type="dxa"/>
            <w:tcBorders>
              <w:top w:val="single" w:sz="6" w:space="0" w:color="D9E1E8"/>
              <w:left w:val="single" w:sz="6" w:space="0" w:color="D9E1E8"/>
              <w:bottom w:val="single" w:sz="6" w:space="0" w:color="D9E1E8"/>
              <w:right w:val="single" w:sz="6" w:space="0" w:color="D9E1E8"/>
            </w:tcBorders>
            <w:shd w:val="clear" w:color="auto" w:fill="D9EAF7"/>
            <w:tcMar>
              <w:top w:w="105" w:type="dxa"/>
              <w:left w:w="135" w:type="dxa"/>
              <w:bottom w:w="105" w:type="dxa"/>
              <w:right w:w="135" w:type="dxa"/>
            </w:tcMar>
            <w:vAlign w:val="center"/>
          </w:tcPr>
          <w:p w14:paraId="13CF65FB" w14:textId="03A5A8BC" w:rsidR="00AB4455" w:rsidRPr="0062141C" w:rsidRDefault="00AB4455" w:rsidP="00954AEF">
            <w:pPr>
              <w:spacing w:after="0" w:line="252" w:lineRule="auto"/>
            </w:pPr>
            <w:r>
              <w:rPr>
                <w:b/>
                <w:color w:val="1F4E78"/>
                <w:sz w:val="24"/>
              </w:rPr>
              <w:t>Opname van je podcast</w:t>
            </w:r>
          </w:p>
        </w:tc>
      </w:tr>
    </w:tbl>
    <w:p w14:paraId="7E0FFB65" w14:textId="77777777" w:rsidR="00AB4455" w:rsidRDefault="00AB4455" w:rsidP="00AB4455">
      <w:pPr>
        <w:spacing w:before="60" w:after="140" w:line="259" w:lineRule="auto"/>
        <w:rPr>
          <w:color w:val="1E293B"/>
          <w:sz w:val="20"/>
        </w:rPr>
      </w:pPr>
    </w:p>
    <w:p w14:paraId="2C8DF888" w14:textId="0403578C" w:rsidR="00AB4455" w:rsidRPr="0062141C" w:rsidRDefault="00AB4455" w:rsidP="00AB4455">
      <w:pPr>
        <w:spacing w:before="60" w:after="140" w:line="259" w:lineRule="auto"/>
      </w:pPr>
      <w:r>
        <w:rPr>
          <w:color w:val="1E293B"/>
          <w:sz w:val="20"/>
        </w:rPr>
        <w:t xml:space="preserve">Neem je podcast op en plaats deze nadien in de uploadmap ‘Podcast’ op Smartschool. </w:t>
      </w:r>
    </w:p>
    <w:p w14:paraId="6BBB840A" w14:textId="77777777" w:rsidR="00AB4455" w:rsidRPr="00AB4455" w:rsidRDefault="00AB4455">
      <w:pPr>
        <w:spacing w:after="60" w:line="259" w:lineRule="auto"/>
      </w:pPr>
    </w:p>
    <w:p w14:paraId="5DECAEF2" w14:textId="37C2FE79" w:rsidR="00AB4455" w:rsidRPr="0062141C" w:rsidRDefault="00AB4455" w:rsidP="00AB4455">
      <w:pPr>
        <w:spacing w:after="60" w:line="259" w:lineRule="auto"/>
      </w:pPr>
      <w:r w:rsidRPr="0062141C">
        <w:rPr>
          <w:b/>
          <w:color w:val="1E293B"/>
          <w:sz w:val="20"/>
        </w:rPr>
        <w:t>Checklist voor je indient op Smartschool</w:t>
      </w:r>
    </w:p>
    <w:p w14:paraId="5C006F1A" w14:textId="77777777" w:rsidR="00AB4455" w:rsidRPr="0062141C" w:rsidRDefault="00AB4455" w:rsidP="00AB4455">
      <w:pPr>
        <w:spacing w:after="20" w:line="259" w:lineRule="auto"/>
      </w:pPr>
      <w:r w:rsidRPr="0062141C">
        <w:rPr>
          <w:color w:val="1E293B"/>
          <w:sz w:val="19"/>
        </w:rPr>
        <w:t>☐ audiobestand of werkende link naar mijn podcast</w:t>
      </w:r>
    </w:p>
    <w:p w14:paraId="17B31595" w14:textId="77777777" w:rsidR="00AB4455" w:rsidRPr="0062141C" w:rsidRDefault="00AB4455" w:rsidP="00AB4455">
      <w:pPr>
        <w:spacing w:after="20" w:line="259" w:lineRule="auto"/>
      </w:pPr>
      <w:r w:rsidRPr="0062141C">
        <w:rPr>
          <w:color w:val="1E293B"/>
          <w:sz w:val="19"/>
        </w:rPr>
        <w:t>☐ podcast van minstens 15 minuten</w:t>
      </w:r>
    </w:p>
    <w:p w14:paraId="4C4FC680" w14:textId="77777777" w:rsidR="00AB4455" w:rsidRPr="0062141C" w:rsidRDefault="00AB4455" w:rsidP="00AB4455">
      <w:pPr>
        <w:spacing w:after="20" w:line="259" w:lineRule="auto"/>
      </w:pPr>
      <w:r w:rsidRPr="0062141C">
        <w:rPr>
          <w:color w:val="1E293B"/>
          <w:sz w:val="19"/>
        </w:rPr>
        <w:t>☐ ingevuld werkblad met mijn ideeënlogboek</w:t>
      </w:r>
    </w:p>
    <w:p w14:paraId="2B7F0062" w14:textId="77777777" w:rsidR="00AB4455" w:rsidRPr="0062141C" w:rsidRDefault="00AB4455" w:rsidP="00AB4455">
      <w:pPr>
        <w:spacing w:after="20" w:line="259" w:lineRule="auto"/>
      </w:pPr>
      <w:r w:rsidRPr="0062141C">
        <w:rPr>
          <w:color w:val="1E293B"/>
          <w:sz w:val="19"/>
        </w:rPr>
        <w:t>☐ bronnenlijst met minstens drie betrouwbare bronnen</w:t>
      </w:r>
    </w:p>
    <w:p w14:paraId="423E67F3" w14:textId="77777777" w:rsidR="00AB4455" w:rsidRDefault="00AB4455" w:rsidP="00AB4455">
      <w:pPr>
        <w:spacing w:after="20" w:line="259" w:lineRule="auto"/>
      </w:pPr>
      <w:r w:rsidRPr="0062141C">
        <w:rPr>
          <w:color w:val="1E293B"/>
          <w:sz w:val="19"/>
        </w:rPr>
        <w:t>☐ korte omschrijving van mijn podcast en mijn centrale vraag</w:t>
      </w:r>
    </w:p>
    <w:p w14:paraId="62C60105" w14:textId="6F269F87" w:rsidR="00FD0B16" w:rsidRPr="0062141C" w:rsidRDefault="00FD0B16" w:rsidP="00AB4455"/>
    <w:p w14:paraId="6121FB73" w14:textId="77777777" w:rsidR="00FD0B16" w:rsidRPr="0062141C" w:rsidRDefault="00863C95">
      <w:r w:rsidRPr="0062141C">
        <w:br w:type="page"/>
      </w:r>
    </w:p>
    <w:tbl>
      <w:tblPr>
        <w:tblW w:w="0" w:type="auto"/>
        <w:tblLayout w:type="fixed"/>
        <w:tblLook w:val="04A0" w:firstRow="1" w:lastRow="0" w:firstColumn="1" w:lastColumn="0" w:noHBand="0" w:noVBand="1"/>
      </w:tblPr>
      <w:tblGrid>
        <w:gridCol w:w="680"/>
        <w:gridCol w:w="8958"/>
      </w:tblGrid>
      <w:tr w:rsidR="00FD0B16" w:rsidRPr="0062141C" w14:paraId="441659EF" w14:textId="77777777">
        <w:tc>
          <w:tcPr>
            <w:tcW w:w="680" w:type="dxa"/>
            <w:tcBorders>
              <w:top w:val="single" w:sz="6" w:space="0" w:color="D9E1E8"/>
              <w:left w:val="single" w:sz="6" w:space="0" w:color="D9E1E8"/>
              <w:bottom w:val="single" w:sz="6" w:space="0" w:color="D9E1E8"/>
              <w:right w:val="single" w:sz="6" w:space="0" w:color="D9E1E8"/>
            </w:tcBorders>
            <w:shd w:val="clear" w:color="auto" w:fill="1F4E78"/>
            <w:tcMar>
              <w:top w:w="105" w:type="dxa"/>
              <w:left w:w="135" w:type="dxa"/>
              <w:bottom w:w="105" w:type="dxa"/>
              <w:right w:w="135" w:type="dxa"/>
            </w:tcMar>
            <w:vAlign w:val="center"/>
          </w:tcPr>
          <w:p w14:paraId="6FB8546C" w14:textId="00FF71DA" w:rsidR="00FD0B16" w:rsidRPr="0062141C" w:rsidRDefault="00AB4455" w:rsidP="00AB4455">
            <w:pPr>
              <w:spacing w:after="0" w:line="252" w:lineRule="auto"/>
            </w:pPr>
            <w:r>
              <w:rPr>
                <w:b/>
                <w:color w:val="FFFFFF"/>
                <w:sz w:val="24"/>
              </w:rPr>
              <w:lastRenderedPageBreak/>
              <w:t>6</w:t>
            </w:r>
          </w:p>
        </w:tc>
        <w:tc>
          <w:tcPr>
            <w:tcW w:w="8958" w:type="dxa"/>
            <w:tcBorders>
              <w:top w:val="single" w:sz="6" w:space="0" w:color="D9E1E8"/>
              <w:left w:val="single" w:sz="6" w:space="0" w:color="D9E1E8"/>
              <w:bottom w:val="single" w:sz="6" w:space="0" w:color="D9E1E8"/>
              <w:right w:val="single" w:sz="6" w:space="0" w:color="D9E1E8"/>
            </w:tcBorders>
            <w:shd w:val="clear" w:color="auto" w:fill="D9EAF7"/>
            <w:tcMar>
              <w:top w:w="105" w:type="dxa"/>
              <w:left w:w="135" w:type="dxa"/>
              <w:bottom w:w="105" w:type="dxa"/>
              <w:right w:w="135" w:type="dxa"/>
            </w:tcMar>
            <w:vAlign w:val="center"/>
          </w:tcPr>
          <w:p w14:paraId="0D8BB7C9" w14:textId="1DAF0E6D" w:rsidR="00FD0B16" w:rsidRPr="0062141C" w:rsidRDefault="00AB4455">
            <w:pPr>
              <w:spacing w:after="0" w:line="252" w:lineRule="auto"/>
            </w:pPr>
            <w:r>
              <w:rPr>
                <w:b/>
                <w:color w:val="1F4E78"/>
                <w:sz w:val="24"/>
              </w:rPr>
              <w:t>Reflectie</w:t>
            </w:r>
          </w:p>
        </w:tc>
      </w:tr>
    </w:tbl>
    <w:p w14:paraId="33B803CE" w14:textId="77777777" w:rsidR="0062141C" w:rsidRDefault="0062141C">
      <w:pPr>
        <w:spacing w:before="60" w:after="140" w:line="259" w:lineRule="auto"/>
        <w:rPr>
          <w:color w:val="1E293B"/>
          <w:sz w:val="20"/>
        </w:rPr>
      </w:pPr>
    </w:p>
    <w:p w14:paraId="2884FD58" w14:textId="116D9349" w:rsidR="00FD0B16" w:rsidRDefault="00863C95">
      <w:pPr>
        <w:spacing w:before="60" w:after="140" w:line="259" w:lineRule="auto"/>
        <w:rPr>
          <w:color w:val="1E293B"/>
          <w:sz w:val="20"/>
        </w:rPr>
      </w:pPr>
      <w:r w:rsidRPr="0062141C">
        <w:rPr>
          <w:color w:val="1E293B"/>
          <w:sz w:val="20"/>
        </w:rPr>
        <w:t>Dit ideeënlogboek toont hoe jouw podcast gegroeid is. Noteer korte steekwoorden, keuzes, voorbeelden en aanpassingen. Gebruik geen volledig door AI geschreven tekst als script: de podcast moet jouw eigen stem, redenering en formulering laten horen.</w:t>
      </w:r>
    </w:p>
    <w:p w14:paraId="331A4248" w14:textId="726FC2EE" w:rsidR="0062141C" w:rsidRPr="0062141C" w:rsidRDefault="0062141C" w:rsidP="0062141C">
      <w:pPr>
        <w:pStyle w:val="Lijstalinea"/>
        <w:numPr>
          <w:ilvl w:val="0"/>
          <w:numId w:val="11"/>
        </w:numPr>
      </w:pPr>
      <w:r>
        <w:t xml:space="preserve">Maak een mindmap van je brainstorm (bijvoorbeeld in </w:t>
      </w:r>
      <w:proofErr w:type="spellStart"/>
      <w:r>
        <w:t>Canva</w:t>
      </w:r>
      <w:proofErr w:type="spellEnd"/>
      <w:r>
        <w:t xml:space="preserve">) en plaats hier een link. </w:t>
      </w:r>
    </w:p>
    <w:p w14:paraId="569909F6" w14:textId="77777777" w:rsidR="00FD0B16" w:rsidRPr="0062141C" w:rsidRDefault="00FD0B16">
      <w:pPr>
        <w:spacing w:after="80" w:line="259" w:lineRule="auto"/>
      </w:pPr>
    </w:p>
    <w:p w14:paraId="482014C8" w14:textId="77777777" w:rsidR="00FD0B16" w:rsidRPr="0062141C" w:rsidRDefault="00863C95">
      <w:pPr>
        <w:spacing w:after="40" w:line="259" w:lineRule="auto"/>
      </w:pPr>
      <w:r w:rsidRPr="0062141C">
        <w:rPr>
          <w:b/>
          <w:color w:val="1E293B"/>
          <w:sz w:val="20"/>
        </w:rPr>
        <w:t>Wat heb ik zelf geleerd tijdens het maken van deze podcast?</w:t>
      </w:r>
    </w:p>
    <w:tbl>
      <w:tblPr>
        <w:tblW w:w="0" w:type="auto"/>
        <w:tblLayout w:type="fixed"/>
        <w:tblLook w:val="04A0" w:firstRow="1" w:lastRow="0" w:firstColumn="1" w:lastColumn="0" w:noHBand="0" w:noVBand="1"/>
      </w:tblPr>
      <w:tblGrid>
        <w:gridCol w:w="10200"/>
      </w:tblGrid>
      <w:tr w:rsidR="00FD0B16" w:rsidRPr="0062141C" w14:paraId="12E75FA1" w14:textId="77777777">
        <w:tc>
          <w:tcPr>
            <w:tcW w:w="9639"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11CA2483" w14:textId="77777777" w:rsidR="00FD0B16" w:rsidRPr="0062141C" w:rsidRDefault="00FD0B16">
            <w:pPr>
              <w:spacing w:after="0" w:line="252" w:lineRule="auto"/>
            </w:pPr>
          </w:p>
        </w:tc>
      </w:tr>
      <w:tr w:rsidR="00FD0B16" w:rsidRPr="0062141C" w14:paraId="781E79FF" w14:textId="77777777">
        <w:tc>
          <w:tcPr>
            <w:tcW w:w="10200"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514C5324" w14:textId="77777777" w:rsidR="00FD0B16" w:rsidRPr="0062141C" w:rsidRDefault="00FD0B16">
            <w:pPr>
              <w:spacing w:after="0" w:line="252" w:lineRule="auto"/>
            </w:pPr>
          </w:p>
        </w:tc>
      </w:tr>
    </w:tbl>
    <w:p w14:paraId="443B1762" w14:textId="77777777" w:rsidR="00FD0B16" w:rsidRPr="0062141C" w:rsidRDefault="00FD0B16">
      <w:pPr>
        <w:spacing w:after="60" w:line="259" w:lineRule="auto"/>
      </w:pPr>
    </w:p>
    <w:p w14:paraId="29FCEC3C" w14:textId="77777777" w:rsidR="00FD0B16" w:rsidRPr="0062141C" w:rsidRDefault="00863C95">
      <w:pPr>
        <w:spacing w:after="40" w:line="259" w:lineRule="auto"/>
      </w:pPr>
      <w:r w:rsidRPr="0062141C">
        <w:rPr>
          <w:b/>
          <w:color w:val="1E293B"/>
          <w:sz w:val="20"/>
        </w:rPr>
        <w:t>Wat zou ik bij een volgende podcast anders aanpakken?</w:t>
      </w:r>
    </w:p>
    <w:tbl>
      <w:tblPr>
        <w:tblW w:w="0" w:type="auto"/>
        <w:tblLayout w:type="fixed"/>
        <w:tblLook w:val="04A0" w:firstRow="1" w:lastRow="0" w:firstColumn="1" w:lastColumn="0" w:noHBand="0" w:noVBand="1"/>
      </w:tblPr>
      <w:tblGrid>
        <w:gridCol w:w="10200"/>
      </w:tblGrid>
      <w:tr w:rsidR="00FD0B16" w:rsidRPr="0062141C" w14:paraId="73F55B39" w14:textId="77777777">
        <w:tc>
          <w:tcPr>
            <w:tcW w:w="9639"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66FF8745" w14:textId="77777777" w:rsidR="00FD0B16" w:rsidRPr="0062141C" w:rsidRDefault="00FD0B16">
            <w:pPr>
              <w:spacing w:after="0" w:line="252" w:lineRule="auto"/>
            </w:pPr>
          </w:p>
        </w:tc>
      </w:tr>
      <w:tr w:rsidR="00FD0B16" w:rsidRPr="0062141C" w14:paraId="37ABC454" w14:textId="77777777">
        <w:tc>
          <w:tcPr>
            <w:tcW w:w="10200" w:type="dxa"/>
            <w:tcBorders>
              <w:top w:val="single" w:sz="6" w:space="0" w:color="D9E1E8"/>
              <w:left w:val="single" w:sz="6" w:space="0" w:color="D9E1E8"/>
              <w:bottom w:val="single" w:sz="6" w:space="0" w:color="D9E1E8"/>
              <w:right w:val="single" w:sz="6" w:space="0" w:color="D9E1E8"/>
            </w:tcBorders>
            <w:tcMar>
              <w:top w:w="105" w:type="dxa"/>
              <w:left w:w="135" w:type="dxa"/>
              <w:bottom w:w="105" w:type="dxa"/>
              <w:right w:w="135" w:type="dxa"/>
            </w:tcMar>
            <w:vAlign w:val="center"/>
          </w:tcPr>
          <w:p w14:paraId="26B98EE6" w14:textId="77777777" w:rsidR="00FD0B16" w:rsidRPr="0062141C" w:rsidRDefault="00FD0B16">
            <w:pPr>
              <w:spacing w:after="0" w:line="252" w:lineRule="auto"/>
            </w:pPr>
          </w:p>
        </w:tc>
      </w:tr>
    </w:tbl>
    <w:p w14:paraId="53979BE3" w14:textId="77777777" w:rsidR="00FD0B16" w:rsidRPr="0062141C" w:rsidRDefault="00FD0B16">
      <w:pPr>
        <w:spacing w:after="60" w:line="259" w:lineRule="auto"/>
      </w:pPr>
    </w:p>
    <w:sectPr w:rsidR="00FD0B16" w:rsidRPr="0062141C" w:rsidSect="00034616">
      <w:headerReference w:type="default" r:id="rId8"/>
      <w:footerReference w:type="default" r:id="rId9"/>
      <w:pgSz w:w="12240" w:h="15840"/>
      <w:pgMar w:top="794" w:right="1020" w:bottom="765"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7B664" w14:textId="77777777" w:rsidR="00863C95" w:rsidRPr="0062141C" w:rsidRDefault="00863C95">
      <w:pPr>
        <w:spacing w:after="0" w:line="240" w:lineRule="auto"/>
      </w:pPr>
      <w:r w:rsidRPr="0062141C">
        <w:separator/>
      </w:r>
    </w:p>
  </w:endnote>
  <w:endnote w:type="continuationSeparator" w:id="0">
    <w:p w14:paraId="5A549352" w14:textId="77777777" w:rsidR="00863C95" w:rsidRPr="0062141C" w:rsidRDefault="00863C95">
      <w:pPr>
        <w:spacing w:after="0" w:line="240" w:lineRule="auto"/>
      </w:pPr>
      <w:r w:rsidRPr="006214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C081E" w14:textId="77777777" w:rsidR="00FD0B16" w:rsidRPr="0062141C" w:rsidRDefault="00863C95">
    <w:pPr>
      <w:pStyle w:val="Voettekst"/>
      <w:jc w:val="center"/>
    </w:pPr>
    <w:r w:rsidRPr="0062141C">
      <w:rPr>
        <w:color w:val="60758A"/>
        <w:sz w:val="16"/>
      </w:rPr>
      <w:t>Podcast over mijn onderzoek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77277" w14:textId="77777777" w:rsidR="00863C95" w:rsidRPr="0062141C" w:rsidRDefault="00863C95">
      <w:pPr>
        <w:spacing w:after="0" w:line="240" w:lineRule="auto"/>
      </w:pPr>
      <w:r w:rsidRPr="0062141C">
        <w:separator/>
      </w:r>
    </w:p>
  </w:footnote>
  <w:footnote w:type="continuationSeparator" w:id="0">
    <w:p w14:paraId="5BF89206" w14:textId="77777777" w:rsidR="00863C95" w:rsidRPr="0062141C" w:rsidRDefault="00863C95">
      <w:pPr>
        <w:spacing w:after="0" w:line="240" w:lineRule="auto"/>
      </w:pPr>
      <w:r w:rsidRPr="0062141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3BBD5" w14:textId="77777777" w:rsidR="00FD0B16" w:rsidRPr="0062141C" w:rsidRDefault="00863C95">
    <w:pPr>
      <w:pStyle w:val="Koptekst"/>
      <w:jc w:val="right"/>
    </w:pPr>
    <w:r w:rsidRPr="0062141C">
      <w:rPr>
        <w:b/>
        <w:color w:val="1F4E78"/>
        <w:sz w:val="16"/>
      </w:rPr>
      <w:t>7VHO  |  ONDERZOEKSCOMPETENTIES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18DE2C7F"/>
    <w:multiLevelType w:val="hybridMultilevel"/>
    <w:tmpl w:val="A5C0323A"/>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7E432B8D"/>
    <w:multiLevelType w:val="hybridMultilevel"/>
    <w:tmpl w:val="DFC8B7D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73625790">
    <w:abstractNumId w:val="8"/>
  </w:num>
  <w:num w:numId="2" w16cid:durableId="570431584">
    <w:abstractNumId w:val="6"/>
  </w:num>
  <w:num w:numId="3" w16cid:durableId="773522376">
    <w:abstractNumId w:val="5"/>
  </w:num>
  <w:num w:numId="4" w16cid:durableId="1425808236">
    <w:abstractNumId w:val="4"/>
  </w:num>
  <w:num w:numId="5" w16cid:durableId="354506283">
    <w:abstractNumId w:val="7"/>
  </w:num>
  <w:num w:numId="6" w16cid:durableId="374158316">
    <w:abstractNumId w:val="3"/>
  </w:num>
  <w:num w:numId="7" w16cid:durableId="1109279717">
    <w:abstractNumId w:val="2"/>
  </w:num>
  <w:num w:numId="8" w16cid:durableId="1061634106">
    <w:abstractNumId w:val="1"/>
  </w:num>
  <w:num w:numId="9" w16cid:durableId="1141000344">
    <w:abstractNumId w:val="0"/>
  </w:num>
  <w:num w:numId="10" w16cid:durableId="2115056058">
    <w:abstractNumId w:val="10"/>
  </w:num>
  <w:num w:numId="11" w16cid:durableId="19465715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E4ED8"/>
    <w:rsid w:val="0062141C"/>
    <w:rsid w:val="00863C95"/>
    <w:rsid w:val="00AA1D8D"/>
    <w:rsid w:val="00AB4455"/>
    <w:rsid w:val="00B47730"/>
    <w:rsid w:val="00CB0664"/>
    <w:rsid w:val="00FC693F"/>
    <w:rsid w:val="00FD0B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E8076B"/>
  <w14:defaultImageDpi w14:val="300"/>
  <w15:docId w15:val="{2E7F913B-A6EC-46D6-A044-22A5F0DAF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Calibri" w:eastAsia="Calibri" w:hAnsi="Calibri"/>
      <w:sz w:val="21"/>
      <w:lang w:val="nl-BE"/>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835</Words>
  <Characters>4593</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5418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Tijs Saron</cp:lastModifiedBy>
  <cp:revision>2</cp:revision>
  <dcterms:created xsi:type="dcterms:W3CDTF">2026-10-08T08:55:00Z</dcterms:created>
  <dcterms:modified xsi:type="dcterms:W3CDTF">2026-10-08T08:55:00Z</dcterms:modified>
  <cp:category/>
</cp:coreProperties>
</file>