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6E987" w14:textId="77777777" w:rsidR="00113BF3" w:rsidRPr="0066020E" w:rsidRDefault="004E6325">
      <w:pPr>
        <w:pStyle w:val="Titel"/>
        <w:spacing w:after="60" w:line="259" w:lineRule="auto"/>
      </w:pPr>
      <w:r w:rsidRPr="0066020E">
        <w:rPr>
          <w:rFonts w:ascii="Calibri" w:eastAsia="Calibri" w:hAnsi="Calibri"/>
          <w:b/>
          <w:color w:val="000000"/>
          <w:sz w:val="40"/>
        </w:rPr>
        <w:t>Praktijkonderzoek Taal en identiteit</w:t>
      </w:r>
    </w:p>
    <w:p w14:paraId="70B9A559" w14:textId="77777777" w:rsidR="00113BF3" w:rsidRPr="0066020E" w:rsidRDefault="004E6325">
      <w:pPr>
        <w:spacing w:line="259" w:lineRule="auto"/>
      </w:pPr>
      <w:proofErr w:type="spellStart"/>
      <w:r w:rsidRPr="0066020E">
        <w:rPr>
          <w:color w:val="1F4E78"/>
          <w:sz w:val="22"/>
        </w:rPr>
        <w:t>Onderzoekscompetenties</w:t>
      </w:r>
      <w:proofErr w:type="spellEnd"/>
      <w:r w:rsidRPr="0066020E">
        <w:rPr>
          <w:color w:val="1F4E78"/>
          <w:sz w:val="22"/>
        </w:rPr>
        <w:t xml:space="preserve">  |  West-Vlaams dialect in VTI Brugge</w:t>
      </w:r>
    </w:p>
    <w:tbl>
      <w:tblPr>
        <w:tblW w:w="0" w:type="auto"/>
        <w:tblLayout w:type="fixed"/>
        <w:tblLook w:val="04A0" w:firstRow="1" w:lastRow="0" w:firstColumn="1" w:lastColumn="0" w:noHBand="0" w:noVBand="1"/>
      </w:tblPr>
      <w:tblGrid>
        <w:gridCol w:w="4819"/>
        <w:gridCol w:w="4819"/>
      </w:tblGrid>
      <w:tr w:rsidR="00113BF3" w:rsidRPr="0066020E" w14:paraId="689E9574" w14:textId="77777777">
        <w:tc>
          <w:tcPr>
            <w:tcW w:w="4819" w:type="dxa"/>
            <w:tcBorders>
              <w:top w:val="single" w:sz="6" w:space="0" w:color="D9E1E8"/>
              <w:left w:val="single" w:sz="6" w:space="0" w:color="D9E1E8"/>
              <w:bottom w:val="single" w:sz="6" w:space="0" w:color="D9E1E8"/>
              <w:right w:val="single" w:sz="6" w:space="0" w:color="D9E1E8"/>
            </w:tcBorders>
            <w:shd w:val="clear" w:color="auto" w:fill="F4F8FC"/>
            <w:tcMar>
              <w:top w:w="100" w:type="dxa"/>
              <w:left w:w="130" w:type="dxa"/>
              <w:bottom w:w="100" w:type="dxa"/>
              <w:right w:w="130" w:type="dxa"/>
            </w:tcMar>
            <w:vAlign w:val="center"/>
          </w:tcPr>
          <w:p w14:paraId="1D094836" w14:textId="77777777" w:rsidR="00113BF3" w:rsidRPr="0066020E" w:rsidRDefault="004E6325">
            <w:pPr>
              <w:spacing w:after="0" w:line="252" w:lineRule="auto"/>
            </w:pPr>
            <w:r w:rsidRPr="0066020E">
              <w:rPr>
                <w:color w:val="1E293B"/>
                <w:sz w:val="20"/>
              </w:rPr>
              <w:t>Naam: ____________________________________</w:t>
            </w:r>
          </w:p>
        </w:tc>
        <w:tc>
          <w:tcPr>
            <w:tcW w:w="4819" w:type="dxa"/>
            <w:tcBorders>
              <w:top w:val="single" w:sz="6" w:space="0" w:color="D9E1E8"/>
              <w:left w:val="single" w:sz="6" w:space="0" w:color="D9E1E8"/>
              <w:bottom w:val="single" w:sz="6" w:space="0" w:color="D9E1E8"/>
              <w:right w:val="single" w:sz="6" w:space="0" w:color="D9E1E8"/>
            </w:tcBorders>
            <w:shd w:val="clear" w:color="auto" w:fill="F4F8FC"/>
            <w:tcMar>
              <w:top w:w="100" w:type="dxa"/>
              <w:left w:w="130" w:type="dxa"/>
              <w:bottom w:w="100" w:type="dxa"/>
              <w:right w:w="130" w:type="dxa"/>
            </w:tcMar>
            <w:vAlign w:val="center"/>
          </w:tcPr>
          <w:p w14:paraId="08240348" w14:textId="77777777" w:rsidR="00113BF3" w:rsidRPr="0066020E" w:rsidRDefault="004E6325">
            <w:pPr>
              <w:spacing w:after="0" w:line="252" w:lineRule="auto"/>
            </w:pPr>
            <w:r w:rsidRPr="0066020E">
              <w:rPr>
                <w:color w:val="1E293B"/>
                <w:sz w:val="20"/>
              </w:rPr>
              <w:t>Klas: _____________________________________</w:t>
            </w:r>
          </w:p>
        </w:tc>
      </w:tr>
      <w:tr w:rsidR="00113BF3" w:rsidRPr="0066020E" w14:paraId="03322500" w14:textId="77777777">
        <w:tc>
          <w:tcPr>
            <w:tcW w:w="4819" w:type="dxa"/>
            <w:tcBorders>
              <w:top w:val="single" w:sz="6" w:space="0" w:color="D9E1E8"/>
              <w:left w:val="single" w:sz="6" w:space="0" w:color="D9E1E8"/>
              <w:bottom w:val="single" w:sz="6" w:space="0" w:color="D9E1E8"/>
              <w:right w:val="single" w:sz="6" w:space="0" w:color="D9E1E8"/>
            </w:tcBorders>
            <w:shd w:val="clear" w:color="auto" w:fill="F4F8FC"/>
            <w:tcMar>
              <w:top w:w="100" w:type="dxa"/>
              <w:left w:w="130" w:type="dxa"/>
              <w:bottom w:w="100" w:type="dxa"/>
              <w:right w:w="130" w:type="dxa"/>
            </w:tcMar>
            <w:vAlign w:val="center"/>
          </w:tcPr>
          <w:p w14:paraId="26D87B1A" w14:textId="77777777" w:rsidR="00113BF3" w:rsidRPr="0066020E" w:rsidRDefault="004E6325">
            <w:pPr>
              <w:spacing w:after="0" w:line="252" w:lineRule="auto"/>
            </w:pPr>
            <w:r w:rsidRPr="0066020E">
              <w:rPr>
                <w:color w:val="1E293B"/>
                <w:sz w:val="20"/>
              </w:rPr>
              <w:t>Startdatum: _______________________________</w:t>
            </w:r>
          </w:p>
        </w:tc>
        <w:tc>
          <w:tcPr>
            <w:tcW w:w="4819" w:type="dxa"/>
            <w:tcBorders>
              <w:top w:val="single" w:sz="6" w:space="0" w:color="D9E1E8"/>
              <w:left w:val="single" w:sz="6" w:space="0" w:color="D9E1E8"/>
              <w:bottom w:val="single" w:sz="6" w:space="0" w:color="D9E1E8"/>
              <w:right w:val="single" w:sz="6" w:space="0" w:color="D9E1E8"/>
            </w:tcBorders>
            <w:shd w:val="clear" w:color="auto" w:fill="F4F8FC"/>
            <w:tcMar>
              <w:top w:w="100" w:type="dxa"/>
              <w:left w:w="130" w:type="dxa"/>
              <w:bottom w:w="100" w:type="dxa"/>
              <w:right w:w="130" w:type="dxa"/>
            </w:tcMar>
            <w:vAlign w:val="center"/>
          </w:tcPr>
          <w:p w14:paraId="59F766DD" w14:textId="77777777" w:rsidR="00113BF3" w:rsidRPr="0066020E" w:rsidRDefault="004E6325">
            <w:pPr>
              <w:spacing w:after="0" w:line="252" w:lineRule="auto"/>
            </w:pPr>
            <w:r w:rsidRPr="0066020E">
              <w:rPr>
                <w:color w:val="1E293B"/>
                <w:sz w:val="20"/>
              </w:rPr>
              <w:t>Deadline: _________________________________</w:t>
            </w:r>
          </w:p>
        </w:tc>
      </w:tr>
    </w:tbl>
    <w:p w14:paraId="35C21604" w14:textId="77777777" w:rsidR="00113BF3" w:rsidRPr="0066020E" w:rsidRDefault="00113BF3">
      <w:pPr>
        <w:spacing w:after="80" w:line="259" w:lineRule="auto"/>
      </w:pPr>
    </w:p>
    <w:p w14:paraId="71D366F4" w14:textId="77777777" w:rsidR="00113BF3" w:rsidRPr="0066020E" w:rsidRDefault="004E6325">
      <w:pPr>
        <w:spacing w:after="60" w:line="259" w:lineRule="auto"/>
      </w:pPr>
      <w:r w:rsidRPr="0066020E">
        <w:rPr>
          <w:b/>
          <w:color w:val="000000"/>
          <w:sz w:val="24"/>
        </w:rPr>
        <w:t>Opdracht</w:t>
      </w:r>
    </w:p>
    <w:p w14:paraId="562184C4" w14:textId="77777777" w:rsidR="00113BF3" w:rsidRPr="0066020E" w:rsidRDefault="004E6325">
      <w:pPr>
        <w:spacing w:after="140" w:line="259" w:lineRule="auto"/>
      </w:pPr>
      <w:r w:rsidRPr="0066020E">
        <w:rPr>
          <w:color w:val="1E293B"/>
        </w:rPr>
        <w:t>Je voert individueel een klein, anoniem onderzoek uit naar taalgebruik, dialect en identiteit bij leerlingen van VTI Brugge. Je kiest één beperkte invalshoek, maakt een enquête in Microsoft Forms, verwerkt de antwoorden en formuleert een onderbouwde conclusie.</w:t>
      </w:r>
    </w:p>
    <w:tbl>
      <w:tblPr>
        <w:tblW w:w="0" w:type="auto"/>
        <w:tblLayout w:type="fixed"/>
        <w:tblLook w:val="04A0" w:firstRow="1" w:lastRow="0" w:firstColumn="1" w:lastColumn="0" w:noHBand="0" w:noVBand="1"/>
      </w:tblPr>
      <w:tblGrid>
        <w:gridCol w:w="2494"/>
        <w:gridCol w:w="7144"/>
      </w:tblGrid>
      <w:tr w:rsidR="00113BF3" w:rsidRPr="0066020E" w14:paraId="477F7926" w14:textId="77777777">
        <w:tc>
          <w:tcPr>
            <w:tcW w:w="2494"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5EEF4338" w14:textId="77777777" w:rsidR="00113BF3" w:rsidRPr="0066020E" w:rsidRDefault="004E6325">
            <w:pPr>
              <w:spacing w:after="0" w:line="252" w:lineRule="auto"/>
              <w:jc w:val="center"/>
            </w:pPr>
            <w:r w:rsidRPr="0066020E">
              <w:rPr>
                <w:b/>
                <w:color w:val="FFFFFF"/>
                <w:sz w:val="18"/>
              </w:rPr>
              <w:t>EINDPRODUCT</w:t>
            </w:r>
          </w:p>
        </w:tc>
        <w:tc>
          <w:tcPr>
            <w:tcW w:w="7144" w:type="dxa"/>
            <w:tcBorders>
              <w:top w:val="single" w:sz="6" w:space="0" w:color="D9E1E8"/>
              <w:left w:val="single" w:sz="6" w:space="0" w:color="D9E1E8"/>
              <w:bottom w:val="single" w:sz="6" w:space="0" w:color="D9E1E8"/>
              <w:right w:val="single" w:sz="6" w:space="0" w:color="D9E1E8"/>
            </w:tcBorders>
            <w:shd w:val="clear" w:color="auto" w:fill="F4F8FC"/>
            <w:tcMar>
              <w:top w:w="100" w:type="dxa"/>
              <w:left w:w="130" w:type="dxa"/>
              <w:bottom w:w="100" w:type="dxa"/>
              <w:right w:w="130" w:type="dxa"/>
            </w:tcMar>
            <w:vAlign w:val="center"/>
          </w:tcPr>
          <w:p w14:paraId="1BF2AA64" w14:textId="77777777" w:rsidR="00113BF3" w:rsidRPr="0066020E" w:rsidRDefault="004E6325">
            <w:pPr>
              <w:spacing w:after="0" w:line="252" w:lineRule="auto"/>
            </w:pPr>
            <w:r w:rsidRPr="0066020E">
              <w:rPr>
                <w:color w:val="1E293B"/>
                <w:sz w:val="19"/>
              </w:rPr>
              <w:t>Een kort onderzoeksverslag met je enquête, minstens drie grafieken, een conclusie en een presentatie van maximaal vijf minuten.</w:t>
            </w:r>
          </w:p>
        </w:tc>
      </w:tr>
    </w:tbl>
    <w:p w14:paraId="005770D7" w14:textId="77777777" w:rsidR="00113BF3" w:rsidRPr="0066020E" w:rsidRDefault="00113BF3">
      <w:pPr>
        <w:spacing w:after="100" w:line="259" w:lineRule="auto"/>
      </w:pPr>
    </w:p>
    <w:tbl>
      <w:tblPr>
        <w:tblW w:w="0" w:type="auto"/>
        <w:tblLayout w:type="fixed"/>
        <w:tblLook w:val="04A0" w:firstRow="1" w:lastRow="0" w:firstColumn="1" w:lastColumn="0" w:noHBand="0" w:noVBand="1"/>
      </w:tblPr>
      <w:tblGrid>
        <w:gridCol w:w="680"/>
        <w:gridCol w:w="8958"/>
      </w:tblGrid>
      <w:tr w:rsidR="00113BF3" w:rsidRPr="0066020E" w14:paraId="407C9A6D"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359086E7" w14:textId="77777777" w:rsidR="00113BF3" w:rsidRPr="0066020E" w:rsidRDefault="004E6325">
            <w:pPr>
              <w:spacing w:after="0" w:line="252" w:lineRule="auto"/>
              <w:jc w:val="center"/>
            </w:pPr>
            <w:r w:rsidRPr="0066020E">
              <w:rPr>
                <w:b/>
                <w:color w:val="FFFFFF"/>
                <w:sz w:val="24"/>
              </w:rPr>
              <w:t>1</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04941880" w14:textId="77777777" w:rsidR="00113BF3" w:rsidRPr="0066020E" w:rsidRDefault="004E6325">
            <w:pPr>
              <w:spacing w:after="0" w:line="252" w:lineRule="auto"/>
            </w:pPr>
            <w:r w:rsidRPr="0066020E">
              <w:rPr>
                <w:b/>
                <w:color w:val="1F4E78"/>
                <w:sz w:val="24"/>
              </w:rPr>
              <w:t>Kies en baken je invalshoek af</w:t>
            </w:r>
          </w:p>
        </w:tc>
      </w:tr>
    </w:tbl>
    <w:p w14:paraId="392A9101" w14:textId="77777777" w:rsidR="0066020E" w:rsidRPr="0066020E" w:rsidRDefault="0066020E">
      <w:pPr>
        <w:spacing w:before="60" w:after="140" w:line="259" w:lineRule="auto"/>
        <w:rPr>
          <w:color w:val="1E293B"/>
          <w:sz w:val="20"/>
        </w:rPr>
      </w:pPr>
    </w:p>
    <w:p w14:paraId="073D1CB8" w14:textId="17A1E713" w:rsidR="00113BF3" w:rsidRPr="0066020E" w:rsidRDefault="004E6325">
      <w:pPr>
        <w:spacing w:before="60" w:after="140" w:line="259" w:lineRule="auto"/>
      </w:pPr>
      <w:r w:rsidRPr="0066020E">
        <w:rPr>
          <w:color w:val="1E293B"/>
          <w:sz w:val="20"/>
        </w:rPr>
        <w:t>Gebruik de stappen uit les 6. Maak je onderwerp klein genoeg om in één korte enquête te onderzoeken.</w:t>
      </w:r>
    </w:p>
    <w:tbl>
      <w:tblPr>
        <w:tblW w:w="0" w:type="auto"/>
        <w:tblLayout w:type="fixed"/>
        <w:tblLook w:val="04A0" w:firstRow="1" w:lastRow="0" w:firstColumn="1" w:lastColumn="0" w:noHBand="0" w:noVBand="1"/>
      </w:tblPr>
      <w:tblGrid>
        <w:gridCol w:w="2438"/>
        <w:gridCol w:w="7200"/>
      </w:tblGrid>
      <w:tr w:rsidR="00113BF3" w:rsidRPr="0066020E" w14:paraId="3C06A604" w14:textId="77777777">
        <w:tc>
          <w:tcPr>
            <w:tcW w:w="243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4E837F82" w14:textId="77777777" w:rsidR="00113BF3" w:rsidRPr="0066020E" w:rsidRDefault="004E6325">
            <w:pPr>
              <w:spacing w:after="0" w:line="252" w:lineRule="auto"/>
            </w:pPr>
            <w:r w:rsidRPr="0066020E">
              <w:rPr>
                <w:b/>
                <w:color w:val="1F4E78"/>
                <w:sz w:val="19"/>
              </w:rPr>
              <w:t>Mijn invalshoek</w:t>
            </w:r>
          </w:p>
        </w:tc>
        <w:tc>
          <w:tcPr>
            <w:tcW w:w="720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25BF6EB4" w14:textId="77777777" w:rsidR="00113BF3" w:rsidRPr="0066020E" w:rsidRDefault="00113BF3">
            <w:pPr>
              <w:spacing w:after="0" w:line="252" w:lineRule="auto"/>
            </w:pPr>
          </w:p>
        </w:tc>
      </w:tr>
      <w:tr w:rsidR="00113BF3" w:rsidRPr="0066020E" w14:paraId="610B0273" w14:textId="77777777">
        <w:tc>
          <w:tcPr>
            <w:tcW w:w="243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661BAAE3" w14:textId="77777777" w:rsidR="00113BF3" w:rsidRPr="0066020E" w:rsidRDefault="004E6325">
            <w:pPr>
              <w:spacing w:after="0" w:line="252" w:lineRule="auto"/>
            </w:pPr>
            <w:r w:rsidRPr="0066020E">
              <w:rPr>
                <w:b/>
                <w:color w:val="1F4E78"/>
                <w:sz w:val="19"/>
              </w:rPr>
              <w:t>Doelgroep</w:t>
            </w:r>
          </w:p>
        </w:tc>
        <w:tc>
          <w:tcPr>
            <w:tcW w:w="720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4E77B296" w14:textId="77777777" w:rsidR="00113BF3" w:rsidRPr="0066020E" w:rsidRDefault="004E6325">
            <w:pPr>
              <w:spacing w:after="0" w:line="252" w:lineRule="auto"/>
            </w:pPr>
            <w:r w:rsidRPr="0066020E">
              <w:rPr>
                <w:color w:val="60758A"/>
                <w:sz w:val="19"/>
              </w:rPr>
              <w:t>bv. leerlingen van 7VHO of één opleiding</w:t>
            </w:r>
          </w:p>
        </w:tc>
      </w:tr>
      <w:tr w:rsidR="00113BF3" w:rsidRPr="0066020E" w14:paraId="238AD66A" w14:textId="77777777">
        <w:tc>
          <w:tcPr>
            <w:tcW w:w="243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7E69ED6F" w14:textId="77777777" w:rsidR="00113BF3" w:rsidRPr="0066020E" w:rsidRDefault="004E6325">
            <w:pPr>
              <w:spacing w:after="0" w:line="252" w:lineRule="auto"/>
            </w:pPr>
            <w:r w:rsidRPr="0066020E">
              <w:rPr>
                <w:b/>
                <w:color w:val="1F4E78"/>
                <w:sz w:val="19"/>
              </w:rPr>
              <w:t>Plaats of context</w:t>
            </w:r>
          </w:p>
        </w:tc>
        <w:tc>
          <w:tcPr>
            <w:tcW w:w="720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40C6BE99" w14:textId="77777777" w:rsidR="00113BF3" w:rsidRPr="0066020E" w:rsidRDefault="004E6325">
            <w:pPr>
              <w:spacing w:after="0" w:line="252" w:lineRule="auto"/>
            </w:pPr>
            <w:r w:rsidRPr="0066020E">
              <w:rPr>
                <w:color w:val="60758A"/>
                <w:sz w:val="19"/>
              </w:rPr>
              <w:t>bv. thuis, op school, bij vrienden</w:t>
            </w:r>
          </w:p>
        </w:tc>
      </w:tr>
      <w:tr w:rsidR="00113BF3" w:rsidRPr="0066020E" w14:paraId="6429370A" w14:textId="77777777">
        <w:tc>
          <w:tcPr>
            <w:tcW w:w="243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20506A64" w14:textId="77777777" w:rsidR="00113BF3" w:rsidRPr="0066020E" w:rsidRDefault="004E6325">
            <w:pPr>
              <w:spacing w:after="0" w:line="252" w:lineRule="auto"/>
            </w:pPr>
            <w:r w:rsidRPr="0066020E">
              <w:rPr>
                <w:b/>
                <w:color w:val="1F4E78"/>
                <w:sz w:val="19"/>
              </w:rPr>
              <w:t>Periode</w:t>
            </w:r>
          </w:p>
        </w:tc>
        <w:tc>
          <w:tcPr>
            <w:tcW w:w="720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480E358D" w14:textId="77777777" w:rsidR="00113BF3" w:rsidRPr="0066020E" w:rsidRDefault="004E6325">
            <w:pPr>
              <w:spacing w:after="0" w:line="252" w:lineRule="auto"/>
            </w:pPr>
            <w:r w:rsidRPr="0066020E">
              <w:rPr>
                <w:color w:val="60758A"/>
                <w:sz w:val="19"/>
              </w:rPr>
              <w:t>wanneer verzamel je je antwoorden?</w:t>
            </w:r>
          </w:p>
        </w:tc>
      </w:tr>
      <w:tr w:rsidR="00113BF3" w:rsidRPr="0066020E" w14:paraId="661EEA53" w14:textId="77777777">
        <w:tc>
          <w:tcPr>
            <w:tcW w:w="243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1C316C27" w14:textId="77777777" w:rsidR="00113BF3" w:rsidRPr="0066020E" w:rsidRDefault="004E6325">
            <w:pPr>
              <w:spacing w:after="0" w:line="252" w:lineRule="auto"/>
            </w:pPr>
            <w:r w:rsidRPr="0066020E">
              <w:rPr>
                <w:b/>
                <w:color w:val="1F4E78"/>
                <w:sz w:val="19"/>
              </w:rPr>
              <w:t>Wat onderzoek ik niet?</w:t>
            </w:r>
          </w:p>
        </w:tc>
        <w:tc>
          <w:tcPr>
            <w:tcW w:w="720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2F0ECEC3" w14:textId="77777777" w:rsidR="00113BF3" w:rsidRPr="0066020E" w:rsidRDefault="00113BF3">
            <w:pPr>
              <w:spacing w:after="0" w:line="252" w:lineRule="auto"/>
            </w:pPr>
          </w:p>
        </w:tc>
      </w:tr>
      <w:tr w:rsidR="00113BF3" w:rsidRPr="0066020E" w14:paraId="32889B76" w14:textId="77777777">
        <w:tc>
          <w:tcPr>
            <w:tcW w:w="243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4B106A0A" w14:textId="77777777" w:rsidR="00113BF3" w:rsidRPr="0066020E" w:rsidRDefault="004E6325">
            <w:pPr>
              <w:spacing w:after="0" w:line="252" w:lineRule="auto"/>
            </w:pPr>
            <w:r w:rsidRPr="0066020E">
              <w:rPr>
                <w:b/>
                <w:color w:val="1F4E78"/>
                <w:sz w:val="19"/>
              </w:rPr>
              <w:t>Waarom is dit haalbaar?</w:t>
            </w:r>
          </w:p>
        </w:tc>
        <w:tc>
          <w:tcPr>
            <w:tcW w:w="720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4FC0CD16" w14:textId="77777777" w:rsidR="00113BF3" w:rsidRPr="0066020E" w:rsidRDefault="004E6325">
            <w:pPr>
              <w:spacing w:after="0" w:line="252" w:lineRule="auto"/>
            </w:pPr>
            <w:r w:rsidRPr="0066020E">
              <w:rPr>
                <w:color w:val="60758A"/>
                <w:sz w:val="19"/>
              </w:rPr>
              <w:t>denk aan tijd, aantal respondenten en toegang tot leerlingen</w:t>
            </w:r>
          </w:p>
        </w:tc>
      </w:tr>
    </w:tbl>
    <w:p w14:paraId="7174692B" w14:textId="77777777" w:rsidR="0066020E" w:rsidRDefault="0066020E">
      <w:pPr>
        <w:spacing w:before="120" w:after="60" w:line="259" w:lineRule="auto"/>
        <w:rPr>
          <w:b/>
          <w:color w:val="1E293B"/>
          <w:sz w:val="20"/>
        </w:rPr>
      </w:pPr>
    </w:p>
    <w:p w14:paraId="3DC0C8DF" w14:textId="77F79DFA" w:rsidR="00113BF3" w:rsidRPr="0066020E" w:rsidRDefault="004E6325">
      <w:pPr>
        <w:spacing w:before="120" w:after="60" w:line="259" w:lineRule="auto"/>
      </w:pPr>
      <w:r w:rsidRPr="0066020E">
        <w:rPr>
          <w:b/>
          <w:color w:val="1E293B"/>
          <w:sz w:val="20"/>
        </w:rPr>
        <w:t>Mogelijke invalshoeken</w:t>
      </w:r>
    </w:p>
    <w:p w14:paraId="27E6E609" w14:textId="5AF0A9DC" w:rsidR="00113BF3" w:rsidRPr="0066020E" w:rsidRDefault="004E6325">
      <w:pPr>
        <w:spacing w:after="60" w:line="259" w:lineRule="auto"/>
        <w:rPr>
          <w:color w:val="1E293B"/>
          <w:sz w:val="19"/>
        </w:rPr>
      </w:pPr>
      <w:r w:rsidRPr="0066020E">
        <w:rPr>
          <w:color w:val="1E293B"/>
          <w:sz w:val="19"/>
        </w:rPr>
        <w:t>☐</w:t>
      </w:r>
      <w:r w:rsidRPr="0066020E">
        <w:rPr>
          <w:color w:val="1E293B"/>
          <w:sz w:val="19"/>
        </w:rPr>
        <w:t xml:space="preserve"> dialect thuis en met vrienden     ☐ dialect op school     ☐ dialect en identiteit     ☐ dialectwoorden die leerlingen nog kennen   </w:t>
      </w:r>
      <w:r w:rsidR="0066020E">
        <w:rPr>
          <w:color w:val="1E293B"/>
          <w:sz w:val="19"/>
        </w:rPr>
        <w:br/>
      </w:r>
      <w:r w:rsidRPr="0066020E">
        <w:rPr>
          <w:color w:val="1E293B"/>
          <w:sz w:val="19"/>
        </w:rPr>
        <w:t>☐</w:t>
      </w:r>
      <w:r w:rsidRPr="0066020E">
        <w:rPr>
          <w:color w:val="1E293B"/>
          <w:sz w:val="19"/>
        </w:rPr>
        <w:t xml:space="preserve"> houding tegenover dialect</w:t>
      </w:r>
    </w:p>
    <w:p w14:paraId="2D6D16C0" w14:textId="77777777" w:rsidR="0066020E" w:rsidRDefault="0066020E">
      <w:pPr>
        <w:spacing w:after="60" w:line="259" w:lineRule="auto"/>
        <w:rPr>
          <w:color w:val="1E293B"/>
          <w:sz w:val="19"/>
        </w:rPr>
      </w:pPr>
    </w:p>
    <w:p w14:paraId="6013A4A2" w14:textId="19F37F73" w:rsidR="00113BF3" w:rsidRPr="0066020E" w:rsidRDefault="004E6325">
      <w:pPr>
        <w:spacing w:after="60" w:line="259" w:lineRule="auto"/>
      </w:pPr>
      <w:r w:rsidRPr="0066020E">
        <w:rPr>
          <w:color w:val="1E293B"/>
          <w:sz w:val="19"/>
        </w:rPr>
        <w:t>☐</w:t>
      </w:r>
      <w:r w:rsidRPr="0066020E">
        <w:rPr>
          <w:color w:val="1E293B"/>
          <w:sz w:val="19"/>
        </w:rPr>
        <w:t xml:space="preserve"> een eigen invalshoek: ____________________________________________________________________________________________</w:t>
      </w:r>
    </w:p>
    <w:p w14:paraId="6C9FD1FC" w14:textId="77777777" w:rsidR="00113BF3" w:rsidRPr="0066020E" w:rsidRDefault="004E6325">
      <w:r w:rsidRPr="0066020E">
        <w:br w:type="page"/>
      </w:r>
    </w:p>
    <w:tbl>
      <w:tblPr>
        <w:tblW w:w="0" w:type="auto"/>
        <w:tblLayout w:type="fixed"/>
        <w:tblLook w:val="04A0" w:firstRow="1" w:lastRow="0" w:firstColumn="1" w:lastColumn="0" w:noHBand="0" w:noVBand="1"/>
      </w:tblPr>
      <w:tblGrid>
        <w:gridCol w:w="680"/>
        <w:gridCol w:w="8958"/>
      </w:tblGrid>
      <w:tr w:rsidR="00113BF3" w:rsidRPr="0066020E" w14:paraId="7DEA6A35"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4A47A968" w14:textId="77777777" w:rsidR="00113BF3" w:rsidRPr="0066020E" w:rsidRDefault="004E6325">
            <w:pPr>
              <w:spacing w:after="0" w:line="252" w:lineRule="auto"/>
              <w:jc w:val="center"/>
            </w:pPr>
            <w:r w:rsidRPr="0066020E">
              <w:rPr>
                <w:b/>
                <w:color w:val="FFFFFF"/>
                <w:sz w:val="24"/>
              </w:rPr>
              <w:lastRenderedPageBreak/>
              <w:t>2</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3A3AD42C" w14:textId="77777777" w:rsidR="00113BF3" w:rsidRPr="0066020E" w:rsidRDefault="004E6325">
            <w:pPr>
              <w:spacing w:after="0" w:line="252" w:lineRule="auto"/>
            </w:pPr>
            <w:r w:rsidRPr="0066020E">
              <w:rPr>
                <w:b/>
                <w:color w:val="1F4E78"/>
                <w:sz w:val="24"/>
              </w:rPr>
              <w:t>Formuleer je hoofdvraag deelvragen en hypothese</w:t>
            </w:r>
          </w:p>
        </w:tc>
      </w:tr>
    </w:tbl>
    <w:p w14:paraId="24F9655F" w14:textId="77777777" w:rsidR="00113BF3" w:rsidRPr="0066020E" w:rsidRDefault="004E6325">
      <w:pPr>
        <w:spacing w:before="60" w:after="140" w:line="259" w:lineRule="auto"/>
      </w:pPr>
      <w:r w:rsidRPr="0066020E">
        <w:rPr>
          <w:color w:val="1E293B"/>
          <w:sz w:val="20"/>
        </w:rPr>
        <w:t xml:space="preserve">Gebruik les 7 en de onderzoeksvraagchecker. Je hoofdvraag is open, </w:t>
      </w:r>
      <w:proofErr w:type="spellStart"/>
      <w:r w:rsidRPr="0066020E">
        <w:rPr>
          <w:color w:val="1E293B"/>
          <w:sz w:val="20"/>
        </w:rPr>
        <w:t>onderzoekbaar</w:t>
      </w:r>
      <w:proofErr w:type="spellEnd"/>
      <w:r w:rsidRPr="0066020E">
        <w:rPr>
          <w:color w:val="1E293B"/>
          <w:sz w:val="20"/>
        </w:rPr>
        <w:t>, neutraal, helder en voldoende afgebakend.</w:t>
      </w:r>
    </w:p>
    <w:p w14:paraId="0EB2B991" w14:textId="77777777" w:rsidR="00113BF3" w:rsidRPr="0066020E" w:rsidRDefault="004E6325">
      <w:pPr>
        <w:spacing w:after="40" w:line="259" w:lineRule="auto"/>
      </w:pPr>
      <w:r w:rsidRPr="0066020E">
        <w:rPr>
          <w:b/>
          <w:color w:val="1E293B"/>
          <w:sz w:val="20"/>
        </w:rPr>
        <w:t>Mijn hoofdvraag</w:t>
      </w:r>
    </w:p>
    <w:p w14:paraId="7985B129" w14:textId="77777777" w:rsidR="00113BF3" w:rsidRPr="0066020E" w:rsidRDefault="004E6325">
      <w:pPr>
        <w:spacing w:after="60" w:line="259" w:lineRule="auto"/>
      </w:pPr>
      <w:r w:rsidRPr="0066020E">
        <w:rPr>
          <w:color w:val="526579"/>
          <w:sz w:val="18"/>
        </w:rPr>
        <w:t>Voorbeeld: In welke mate gebruiken leerlingen van 7VHO aan VTI Brugge West Vlaams dialect in verschillende dagelijkse situaties?</w:t>
      </w:r>
    </w:p>
    <w:tbl>
      <w:tblPr>
        <w:tblW w:w="0" w:type="auto"/>
        <w:tblLayout w:type="fixed"/>
        <w:tblLook w:val="04A0" w:firstRow="1" w:lastRow="0" w:firstColumn="1" w:lastColumn="0" w:noHBand="0" w:noVBand="1"/>
      </w:tblPr>
      <w:tblGrid>
        <w:gridCol w:w="10200"/>
      </w:tblGrid>
      <w:tr w:rsidR="00113BF3" w:rsidRPr="0066020E" w14:paraId="73BDCB1F" w14:textId="77777777">
        <w:tc>
          <w:tcPr>
            <w:tcW w:w="9639"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18EA68A9" w14:textId="77777777" w:rsidR="00113BF3" w:rsidRPr="0066020E" w:rsidRDefault="00113BF3">
            <w:pPr>
              <w:spacing w:after="0" w:line="252" w:lineRule="auto"/>
            </w:pPr>
          </w:p>
        </w:tc>
      </w:tr>
      <w:tr w:rsidR="00113BF3" w:rsidRPr="0066020E" w14:paraId="0136EE6F"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53265926" w14:textId="77777777" w:rsidR="00113BF3" w:rsidRPr="0066020E" w:rsidRDefault="00113BF3">
            <w:pPr>
              <w:spacing w:after="0" w:line="252" w:lineRule="auto"/>
            </w:pPr>
          </w:p>
        </w:tc>
      </w:tr>
      <w:tr w:rsidR="00113BF3" w:rsidRPr="0066020E" w14:paraId="647BDB4E"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3365D3D2" w14:textId="77777777" w:rsidR="00113BF3" w:rsidRPr="0066020E" w:rsidRDefault="00113BF3">
            <w:pPr>
              <w:spacing w:after="0" w:line="252" w:lineRule="auto"/>
            </w:pPr>
          </w:p>
        </w:tc>
      </w:tr>
    </w:tbl>
    <w:p w14:paraId="7E9937A1" w14:textId="77777777" w:rsidR="00113BF3" w:rsidRPr="0066020E" w:rsidRDefault="00113BF3">
      <w:pPr>
        <w:spacing w:after="60" w:line="259" w:lineRule="auto"/>
      </w:pPr>
    </w:p>
    <w:p w14:paraId="56F82069" w14:textId="77777777" w:rsidR="00113BF3" w:rsidRPr="0066020E" w:rsidRDefault="004E6325">
      <w:pPr>
        <w:spacing w:after="60" w:line="259" w:lineRule="auto"/>
      </w:pPr>
      <w:r w:rsidRPr="0066020E">
        <w:rPr>
          <w:b/>
          <w:color w:val="1E293B"/>
          <w:sz w:val="20"/>
        </w:rPr>
        <w:t>Controleer je hoofdvraag</w:t>
      </w:r>
    </w:p>
    <w:tbl>
      <w:tblPr>
        <w:tblW w:w="0" w:type="auto"/>
        <w:tblLayout w:type="fixed"/>
        <w:tblLook w:val="04A0" w:firstRow="1" w:lastRow="0" w:firstColumn="1" w:lastColumn="0" w:noHBand="0" w:noVBand="1"/>
      </w:tblPr>
      <w:tblGrid>
        <w:gridCol w:w="7314"/>
        <w:gridCol w:w="2324"/>
      </w:tblGrid>
      <w:tr w:rsidR="00113BF3" w:rsidRPr="0066020E" w14:paraId="29DF9E9D" w14:textId="77777777">
        <w:tc>
          <w:tcPr>
            <w:tcW w:w="7314" w:type="dxa"/>
            <w:tcBorders>
              <w:top w:val="single" w:sz="6" w:space="0" w:color="D9E1E8"/>
              <w:left w:val="single" w:sz="6" w:space="0" w:color="D9E1E8"/>
              <w:bottom w:val="single" w:sz="6" w:space="0" w:color="D9E1E8"/>
              <w:right w:val="single" w:sz="6" w:space="0" w:color="D9E1E8"/>
            </w:tcBorders>
            <w:shd w:val="clear" w:color="auto" w:fill="F4F8FC"/>
            <w:tcMar>
              <w:top w:w="100" w:type="dxa"/>
              <w:left w:w="130" w:type="dxa"/>
              <w:bottom w:w="100" w:type="dxa"/>
              <w:right w:w="130" w:type="dxa"/>
            </w:tcMar>
            <w:vAlign w:val="center"/>
          </w:tcPr>
          <w:p w14:paraId="08003EFB" w14:textId="77777777" w:rsidR="00113BF3" w:rsidRPr="0066020E" w:rsidRDefault="004E6325">
            <w:pPr>
              <w:spacing w:after="0" w:line="252" w:lineRule="auto"/>
            </w:pPr>
            <w:r w:rsidRPr="0066020E">
              <w:rPr>
                <w:color w:val="1E293B"/>
                <w:sz w:val="18"/>
              </w:rPr>
              <w:t>☐</w:t>
            </w:r>
            <w:r w:rsidRPr="0066020E">
              <w:rPr>
                <w:color w:val="1E293B"/>
                <w:sz w:val="18"/>
              </w:rPr>
              <w:t xml:space="preserve"> open vraag   ☐ </w:t>
            </w:r>
            <w:proofErr w:type="spellStart"/>
            <w:r w:rsidRPr="0066020E">
              <w:rPr>
                <w:color w:val="1E293B"/>
                <w:sz w:val="18"/>
              </w:rPr>
              <w:t>onderzoekbaar</w:t>
            </w:r>
            <w:proofErr w:type="spellEnd"/>
            <w:r w:rsidRPr="0066020E">
              <w:rPr>
                <w:color w:val="1E293B"/>
                <w:sz w:val="18"/>
              </w:rPr>
              <w:t xml:space="preserve">   ☐ neutraal   ☐ helder en bondig   ☐ voldoende afgebakend</w:t>
            </w:r>
          </w:p>
        </w:tc>
        <w:tc>
          <w:tcPr>
            <w:tcW w:w="2324"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0C7CC6B4" w14:textId="77777777" w:rsidR="00113BF3" w:rsidRPr="0066020E" w:rsidRDefault="004E6325">
            <w:pPr>
              <w:spacing w:after="0" w:line="252" w:lineRule="auto"/>
            </w:pPr>
            <w:r w:rsidRPr="0066020E">
              <w:rPr>
                <w:b/>
                <w:color w:val="1F4E78"/>
                <w:sz w:val="18"/>
              </w:rPr>
              <w:t>Vraagtype: __________________</w:t>
            </w:r>
          </w:p>
        </w:tc>
      </w:tr>
    </w:tbl>
    <w:p w14:paraId="02D4C1DC" w14:textId="77777777" w:rsidR="00113BF3" w:rsidRPr="0066020E" w:rsidRDefault="00113BF3">
      <w:pPr>
        <w:spacing w:after="100" w:line="259" w:lineRule="auto"/>
      </w:pPr>
    </w:p>
    <w:tbl>
      <w:tblPr>
        <w:tblW w:w="0" w:type="auto"/>
        <w:tblLayout w:type="fixed"/>
        <w:tblLook w:val="04A0" w:firstRow="1" w:lastRow="0" w:firstColumn="1" w:lastColumn="0" w:noHBand="0" w:noVBand="1"/>
      </w:tblPr>
      <w:tblGrid>
        <w:gridCol w:w="1247"/>
        <w:gridCol w:w="5783"/>
        <w:gridCol w:w="2608"/>
      </w:tblGrid>
      <w:tr w:rsidR="00113BF3" w:rsidRPr="0066020E" w14:paraId="1F68E626" w14:textId="77777777">
        <w:trPr>
          <w:tblHeader/>
        </w:trPr>
        <w:tc>
          <w:tcPr>
            <w:tcW w:w="1247"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371DB9B6" w14:textId="77777777" w:rsidR="00113BF3" w:rsidRPr="0066020E" w:rsidRDefault="00113BF3">
            <w:pPr>
              <w:spacing w:after="0" w:line="252" w:lineRule="auto"/>
              <w:jc w:val="center"/>
            </w:pPr>
          </w:p>
        </w:tc>
        <w:tc>
          <w:tcPr>
            <w:tcW w:w="5783"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0A6A5C15" w14:textId="77777777" w:rsidR="00113BF3" w:rsidRPr="0066020E" w:rsidRDefault="004E6325">
            <w:pPr>
              <w:spacing w:after="0" w:line="252" w:lineRule="auto"/>
              <w:jc w:val="center"/>
            </w:pPr>
            <w:r w:rsidRPr="0066020E">
              <w:rPr>
                <w:b/>
                <w:color w:val="FFFFFF"/>
                <w:sz w:val="18"/>
              </w:rPr>
              <w:t>Deelvraag</w:t>
            </w:r>
          </w:p>
        </w:tc>
        <w:tc>
          <w:tcPr>
            <w:tcW w:w="2608"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2D5B3765" w14:textId="77777777" w:rsidR="00113BF3" w:rsidRPr="0066020E" w:rsidRDefault="004E6325">
            <w:pPr>
              <w:spacing w:after="0" w:line="252" w:lineRule="auto"/>
              <w:jc w:val="center"/>
            </w:pPr>
            <w:r w:rsidRPr="0066020E">
              <w:rPr>
                <w:b/>
                <w:color w:val="FFFFFF"/>
                <w:sz w:val="18"/>
              </w:rPr>
              <w:t>Hoe verzamel ik gegevens?</w:t>
            </w:r>
          </w:p>
        </w:tc>
      </w:tr>
      <w:tr w:rsidR="00113BF3" w:rsidRPr="0066020E" w14:paraId="73DAEF1F" w14:textId="77777777">
        <w:tc>
          <w:tcPr>
            <w:tcW w:w="1247"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16520C16" w14:textId="77777777" w:rsidR="00113BF3" w:rsidRPr="0066020E" w:rsidRDefault="004E6325">
            <w:pPr>
              <w:spacing w:after="0" w:line="252" w:lineRule="auto"/>
              <w:jc w:val="center"/>
            </w:pPr>
            <w:r w:rsidRPr="0066020E">
              <w:rPr>
                <w:b/>
                <w:color w:val="1F4E78"/>
                <w:sz w:val="18"/>
              </w:rPr>
              <w:t>Deelvraag 1</w:t>
            </w:r>
          </w:p>
        </w:tc>
        <w:tc>
          <w:tcPr>
            <w:tcW w:w="5783"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64A65805" w14:textId="77777777" w:rsidR="00113BF3" w:rsidRPr="0066020E" w:rsidRDefault="00113BF3">
            <w:pPr>
              <w:spacing w:after="0" w:line="252" w:lineRule="auto"/>
            </w:pPr>
          </w:p>
        </w:tc>
        <w:tc>
          <w:tcPr>
            <w:tcW w:w="2608"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5C8BA237" w14:textId="77777777" w:rsidR="00113BF3" w:rsidRPr="0066020E" w:rsidRDefault="004E6325">
            <w:pPr>
              <w:spacing w:after="0" w:line="252" w:lineRule="auto"/>
            </w:pPr>
            <w:r w:rsidRPr="0066020E">
              <w:rPr>
                <w:color w:val="1E293B"/>
                <w:sz w:val="18"/>
              </w:rPr>
              <w:t>☐</w:t>
            </w:r>
            <w:r w:rsidRPr="0066020E">
              <w:rPr>
                <w:color w:val="1E293B"/>
                <w:sz w:val="18"/>
              </w:rPr>
              <w:t xml:space="preserve"> Enquête</w:t>
            </w:r>
            <w:r w:rsidRPr="0066020E">
              <w:rPr>
                <w:color w:val="1E293B"/>
                <w:sz w:val="18"/>
              </w:rPr>
              <w:br/>
              <w:t>☐ Andere: __________</w:t>
            </w:r>
          </w:p>
        </w:tc>
      </w:tr>
      <w:tr w:rsidR="00113BF3" w:rsidRPr="0066020E" w14:paraId="0E8DC3CB" w14:textId="77777777">
        <w:tc>
          <w:tcPr>
            <w:tcW w:w="1247"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31145B9E" w14:textId="77777777" w:rsidR="00113BF3" w:rsidRPr="0066020E" w:rsidRDefault="004E6325">
            <w:pPr>
              <w:spacing w:after="0" w:line="252" w:lineRule="auto"/>
              <w:jc w:val="center"/>
            </w:pPr>
            <w:r w:rsidRPr="0066020E">
              <w:rPr>
                <w:b/>
                <w:color w:val="1F4E78"/>
                <w:sz w:val="18"/>
              </w:rPr>
              <w:t>Deelvraag 2</w:t>
            </w:r>
          </w:p>
        </w:tc>
        <w:tc>
          <w:tcPr>
            <w:tcW w:w="5783"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50B90D7" w14:textId="77777777" w:rsidR="00113BF3" w:rsidRPr="0066020E" w:rsidRDefault="00113BF3">
            <w:pPr>
              <w:spacing w:after="0" w:line="252" w:lineRule="auto"/>
            </w:pPr>
          </w:p>
        </w:tc>
        <w:tc>
          <w:tcPr>
            <w:tcW w:w="2608"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57C07D24" w14:textId="77777777" w:rsidR="00113BF3" w:rsidRPr="0066020E" w:rsidRDefault="004E6325">
            <w:pPr>
              <w:spacing w:after="0" w:line="252" w:lineRule="auto"/>
            </w:pPr>
            <w:r w:rsidRPr="0066020E">
              <w:rPr>
                <w:color w:val="1E293B"/>
                <w:sz w:val="18"/>
              </w:rPr>
              <w:t>☐</w:t>
            </w:r>
            <w:r w:rsidRPr="0066020E">
              <w:rPr>
                <w:color w:val="1E293B"/>
                <w:sz w:val="18"/>
              </w:rPr>
              <w:t xml:space="preserve"> Enquête</w:t>
            </w:r>
            <w:r w:rsidRPr="0066020E">
              <w:rPr>
                <w:color w:val="1E293B"/>
                <w:sz w:val="18"/>
              </w:rPr>
              <w:br/>
              <w:t>☐ Andere: __________</w:t>
            </w:r>
          </w:p>
        </w:tc>
      </w:tr>
      <w:tr w:rsidR="00113BF3" w:rsidRPr="0066020E" w14:paraId="1D25C7C5" w14:textId="77777777">
        <w:tc>
          <w:tcPr>
            <w:tcW w:w="1247"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6F9D03EE" w14:textId="77777777" w:rsidR="00113BF3" w:rsidRPr="0066020E" w:rsidRDefault="004E6325">
            <w:pPr>
              <w:spacing w:after="0" w:line="252" w:lineRule="auto"/>
              <w:jc w:val="center"/>
            </w:pPr>
            <w:r w:rsidRPr="0066020E">
              <w:rPr>
                <w:b/>
                <w:color w:val="1F4E78"/>
                <w:sz w:val="18"/>
              </w:rPr>
              <w:t>Deelvraag 3</w:t>
            </w:r>
          </w:p>
        </w:tc>
        <w:tc>
          <w:tcPr>
            <w:tcW w:w="5783"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5ACC2B6" w14:textId="77777777" w:rsidR="00113BF3" w:rsidRPr="0066020E" w:rsidRDefault="00113BF3">
            <w:pPr>
              <w:spacing w:after="0" w:line="252" w:lineRule="auto"/>
            </w:pPr>
          </w:p>
        </w:tc>
        <w:tc>
          <w:tcPr>
            <w:tcW w:w="2608"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FB6A6B1" w14:textId="77777777" w:rsidR="00113BF3" w:rsidRPr="0066020E" w:rsidRDefault="004E6325">
            <w:pPr>
              <w:spacing w:after="0" w:line="252" w:lineRule="auto"/>
            </w:pPr>
            <w:r w:rsidRPr="0066020E">
              <w:rPr>
                <w:color w:val="1E293B"/>
                <w:sz w:val="18"/>
              </w:rPr>
              <w:t>☐</w:t>
            </w:r>
            <w:r w:rsidRPr="0066020E">
              <w:rPr>
                <w:color w:val="1E293B"/>
                <w:sz w:val="18"/>
              </w:rPr>
              <w:t xml:space="preserve"> Enquête</w:t>
            </w:r>
            <w:r w:rsidRPr="0066020E">
              <w:rPr>
                <w:color w:val="1E293B"/>
                <w:sz w:val="18"/>
              </w:rPr>
              <w:br/>
              <w:t>☐ Andere: __________</w:t>
            </w:r>
          </w:p>
        </w:tc>
      </w:tr>
    </w:tbl>
    <w:p w14:paraId="4D6D8098" w14:textId="77777777" w:rsidR="00113BF3" w:rsidRPr="0066020E" w:rsidRDefault="00113BF3">
      <w:pPr>
        <w:spacing w:after="100" w:line="259" w:lineRule="auto"/>
      </w:pPr>
    </w:p>
    <w:p w14:paraId="7CEB319D" w14:textId="77777777" w:rsidR="00113BF3" w:rsidRPr="0066020E" w:rsidRDefault="004E6325">
      <w:pPr>
        <w:spacing w:after="40" w:line="259" w:lineRule="auto"/>
      </w:pPr>
      <w:r w:rsidRPr="0066020E">
        <w:rPr>
          <w:b/>
          <w:color w:val="1E293B"/>
          <w:sz w:val="20"/>
        </w:rPr>
        <w:t>Mijn hypothese</w:t>
      </w:r>
    </w:p>
    <w:p w14:paraId="65DB518A" w14:textId="77777777" w:rsidR="00113BF3" w:rsidRPr="0066020E" w:rsidRDefault="004E6325">
      <w:pPr>
        <w:spacing w:after="60" w:line="259" w:lineRule="auto"/>
      </w:pPr>
      <w:r w:rsidRPr="0066020E">
        <w:rPr>
          <w:color w:val="526579"/>
          <w:sz w:val="18"/>
        </w:rPr>
        <w:t>Begin bijvoorbeeld met: Ik verwacht dat ... omdat ...</w:t>
      </w:r>
    </w:p>
    <w:tbl>
      <w:tblPr>
        <w:tblW w:w="0" w:type="auto"/>
        <w:tblLayout w:type="fixed"/>
        <w:tblLook w:val="04A0" w:firstRow="1" w:lastRow="0" w:firstColumn="1" w:lastColumn="0" w:noHBand="0" w:noVBand="1"/>
      </w:tblPr>
      <w:tblGrid>
        <w:gridCol w:w="10200"/>
      </w:tblGrid>
      <w:tr w:rsidR="00113BF3" w:rsidRPr="0066020E" w14:paraId="44D9B593" w14:textId="77777777">
        <w:tc>
          <w:tcPr>
            <w:tcW w:w="9639"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29D3FE90" w14:textId="77777777" w:rsidR="00113BF3" w:rsidRPr="0066020E" w:rsidRDefault="00113BF3">
            <w:pPr>
              <w:spacing w:after="0" w:line="252" w:lineRule="auto"/>
            </w:pPr>
          </w:p>
        </w:tc>
      </w:tr>
      <w:tr w:rsidR="00113BF3" w:rsidRPr="0066020E" w14:paraId="7A16A66A"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6F17AB61" w14:textId="77777777" w:rsidR="00113BF3" w:rsidRPr="0066020E" w:rsidRDefault="00113BF3">
            <w:pPr>
              <w:spacing w:after="0" w:line="252" w:lineRule="auto"/>
            </w:pPr>
          </w:p>
        </w:tc>
      </w:tr>
      <w:tr w:rsidR="00113BF3" w:rsidRPr="0066020E" w14:paraId="2BDC0FA0"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51FB2C37" w14:textId="77777777" w:rsidR="00113BF3" w:rsidRPr="0066020E" w:rsidRDefault="00113BF3">
            <w:pPr>
              <w:spacing w:after="0" w:line="252" w:lineRule="auto"/>
            </w:pPr>
          </w:p>
        </w:tc>
      </w:tr>
    </w:tbl>
    <w:p w14:paraId="34503834" w14:textId="77777777" w:rsidR="00113BF3" w:rsidRPr="0066020E" w:rsidRDefault="00113BF3">
      <w:pPr>
        <w:spacing w:after="60" w:line="259" w:lineRule="auto"/>
      </w:pPr>
    </w:p>
    <w:p w14:paraId="7468F32C" w14:textId="77777777" w:rsidR="0066020E" w:rsidRDefault="004E6325">
      <w:pPr>
        <w:spacing w:after="60" w:line="259" w:lineRule="auto"/>
        <w:rPr>
          <w:b/>
          <w:color w:val="1E293B"/>
          <w:sz w:val="20"/>
        </w:rPr>
      </w:pPr>
      <w:r w:rsidRPr="0066020E">
        <w:rPr>
          <w:b/>
          <w:color w:val="1E293B"/>
          <w:sz w:val="20"/>
        </w:rPr>
        <w:t xml:space="preserve">Eerste stap die ik nu nog moet uitvoeren: </w:t>
      </w:r>
    </w:p>
    <w:p w14:paraId="04545705" w14:textId="77777777" w:rsidR="0066020E" w:rsidRDefault="0066020E">
      <w:pPr>
        <w:spacing w:after="60" w:line="259" w:lineRule="auto"/>
        <w:rPr>
          <w:b/>
          <w:color w:val="1E293B"/>
          <w:sz w:val="20"/>
        </w:rPr>
      </w:pPr>
    </w:p>
    <w:p w14:paraId="0488FCE2" w14:textId="7945C2F0" w:rsidR="00113BF3" w:rsidRPr="0066020E" w:rsidRDefault="004E6325">
      <w:pPr>
        <w:spacing w:after="60" w:line="259" w:lineRule="auto"/>
      </w:pPr>
      <w:r w:rsidRPr="0066020E">
        <w:rPr>
          <w:b/>
          <w:color w:val="1E293B"/>
          <w:sz w:val="20"/>
        </w:rPr>
        <w:t>________________________________________________________________________________</w:t>
      </w:r>
    </w:p>
    <w:p w14:paraId="165A235A" w14:textId="77777777" w:rsidR="00113BF3" w:rsidRPr="0066020E" w:rsidRDefault="004E6325">
      <w:r w:rsidRPr="0066020E">
        <w:br w:type="page"/>
      </w:r>
    </w:p>
    <w:tbl>
      <w:tblPr>
        <w:tblW w:w="0" w:type="auto"/>
        <w:tblLayout w:type="fixed"/>
        <w:tblLook w:val="04A0" w:firstRow="1" w:lastRow="0" w:firstColumn="1" w:lastColumn="0" w:noHBand="0" w:noVBand="1"/>
      </w:tblPr>
      <w:tblGrid>
        <w:gridCol w:w="680"/>
        <w:gridCol w:w="8958"/>
      </w:tblGrid>
      <w:tr w:rsidR="00113BF3" w:rsidRPr="0066020E" w14:paraId="7BFB8F1A"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1B0ADE7B" w14:textId="77777777" w:rsidR="00113BF3" w:rsidRPr="0066020E" w:rsidRDefault="004E6325">
            <w:pPr>
              <w:spacing w:after="0" w:line="252" w:lineRule="auto"/>
              <w:jc w:val="center"/>
            </w:pPr>
            <w:r w:rsidRPr="0066020E">
              <w:rPr>
                <w:b/>
                <w:color w:val="FFFFFF"/>
                <w:sz w:val="24"/>
              </w:rPr>
              <w:lastRenderedPageBreak/>
              <w:t>3</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0B05E3A9" w14:textId="77777777" w:rsidR="00113BF3" w:rsidRPr="0066020E" w:rsidRDefault="004E6325">
            <w:pPr>
              <w:spacing w:after="0" w:line="252" w:lineRule="auto"/>
            </w:pPr>
            <w:r w:rsidRPr="0066020E">
              <w:rPr>
                <w:b/>
                <w:color w:val="1F4E78"/>
                <w:sz w:val="24"/>
              </w:rPr>
              <w:t>Ontwerp je enquête in Microsoft Forms</w:t>
            </w:r>
          </w:p>
        </w:tc>
      </w:tr>
    </w:tbl>
    <w:p w14:paraId="7CADC7EF" w14:textId="77777777" w:rsidR="00113BF3" w:rsidRPr="0066020E" w:rsidRDefault="004E6325">
      <w:pPr>
        <w:spacing w:before="60" w:after="140" w:line="259" w:lineRule="auto"/>
      </w:pPr>
      <w:r w:rsidRPr="0066020E">
        <w:rPr>
          <w:color w:val="1E293B"/>
          <w:sz w:val="20"/>
        </w:rPr>
        <w:t>Maak de enquête pas aan nadat je hoofdvraag en deelvragen zijn goedgekeurd. Je enquête is anoniem: vraag geen namen, e-mailadressen of gevoelige persoonsgegevens.</w:t>
      </w:r>
    </w:p>
    <w:p w14:paraId="31DC26D1" w14:textId="77777777" w:rsidR="00113BF3" w:rsidRPr="0066020E" w:rsidRDefault="004E6325">
      <w:pPr>
        <w:spacing w:after="60" w:line="259" w:lineRule="auto"/>
      </w:pPr>
      <w:r w:rsidRPr="0066020E">
        <w:rPr>
          <w:b/>
          <w:color w:val="1E293B"/>
          <w:sz w:val="20"/>
        </w:rPr>
        <w:t>Vereisten voor jouw Microsoft Forms enquête</w:t>
      </w:r>
    </w:p>
    <w:p w14:paraId="102F2980" w14:textId="509A0DD7" w:rsidR="00113BF3" w:rsidRPr="0066020E" w:rsidRDefault="004E6325">
      <w:pPr>
        <w:spacing w:after="40" w:line="259" w:lineRule="auto"/>
      </w:pPr>
      <w:r w:rsidRPr="0066020E">
        <w:rPr>
          <w:color w:val="1E293B"/>
          <w:sz w:val="19"/>
        </w:rPr>
        <w:t>☐</w:t>
      </w:r>
      <w:r w:rsidRPr="0066020E">
        <w:rPr>
          <w:color w:val="1E293B"/>
          <w:sz w:val="19"/>
        </w:rPr>
        <w:t xml:space="preserve"> duidelijke titel en korte uitleg over doel, vrijwilligheid en anonimiteit</w:t>
      </w:r>
    </w:p>
    <w:p w14:paraId="7C57C6D3" w14:textId="77777777" w:rsidR="00113BF3" w:rsidRPr="0066020E" w:rsidRDefault="004E6325">
      <w:pPr>
        <w:spacing w:after="40" w:line="259" w:lineRule="auto"/>
      </w:pPr>
      <w:r w:rsidRPr="0066020E">
        <w:rPr>
          <w:color w:val="1E293B"/>
          <w:sz w:val="19"/>
        </w:rPr>
        <w:t>☐</w:t>
      </w:r>
      <w:r w:rsidRPr="0066020E">
        <w:rPr>
          <w:color w:val="1E293B"/>
          <w:sz w:val="19"/>
        </w:rPr>
        <w:t xml:space="preserve"> neutrale en begrijpelijke formulering: geen vraag die een antwoord suggereert</w:t>
      </w:r>
    </w:p>
    <w:p w14:paraId="4E7376C0" w14:textId="77777777" w:rsidR="00113BF3" w:rsidRPr="0066020E" w:rsidRDefault="004E6325">
      <w:pPr>
        <w:spacing w:after="40" w:line="259" w:lineRule="auto"/>
      </w:pPr>
      <w:r w:rsidRPr="0066020E">
        <w:rPr>
          <w:color w:val="1E293B"/>
          <w:sz w:val="19"/>
        </w:rPr>
        <w:t>☐</w:t>
      </w:r>
      <w:r w:rsidRPr="0066020E">
        <w:rPr>
          <w:color w:val="1E293B"/>
          <w:sz w:val="19"/>
        </w:rPr>
        <w:t xml:space="preserve"> een afsluitende bedanking</w:t>
      </w:r>
    </w:p>
    <w:p w14:paraId="3E9F8562" w14:textId="77777777" w:rsidR="00113BF3" w:rsidRPr="0066020E" w:rsidRDefault="004E6325">
      <w:pPr>
        <w:spacing w:after="40" w:line="259" w:lineRule="auto"/>
      </w:pPr>
      <w:r w:rsidRPr="0066020E">
        <w:rPr>
          <w:color w:val="1E293B"/>
          <w:sz w:val="19"/>
        </w:rPr>
        <w:t>☐</w:t>
      </w:r>
      <w:r w:rsidRPr="0066020E">
        <w:rPr>
          <w:color w:val="1E293B"/>
          <w:sz w:val="19"/>
        </w:rPr>
        <w:t xml:space="preserve"> geen vraag naar naam, e-mailadres of andere gevoelige persoonsgegevens</w:t>
      </w:r>
    </w:p>
    <w:p w14:paraId="08CCCE15" w14:textId="77777777" w:rsidR="00113BF3" w:rsidRPr="0066020E" w:rsidRDefault="00113BF3">
      <w:pPr>
        <w:spacing w:after="60" w:line="259" w:lineRule="auto"/>
      </w:pPr>
    </w:p>
    <w:tbl>
      <w:tblPr>
        <w:tblW w:w="0" w:type="auto"/>
        <w:tblLayout w:type="fixed"/>
        <w:tblLook w:val="04A0" w:firstRow="1" w:lastRow="0" w:firstColumn="1" w:lastColumn="0" w:noHBand="0" w:noVBand="1"/>
      </w:tblPr>
      <w:tblGrid>
        <w:gridCol w:w="680"/>
        <w:gridCol w:w="4762"/>
        <w:gridCol w:w="1814"/>
        <w:gridCol w:w="2381"/>
      </w:tblGrid>
      <w:tr w:rsidR="00113BF3" w:rsidRPr="0066020E" w14:paraId="73520C0D" w14:textId="77777777">
        <w:trPr>
          <w:tblHeader/>
        </w:trPr>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340AA810" w14:textId="77777777" w:rsidR="00113BF3" w:rsidRPr="0066020E" w:rsidRDefault="004E6325">
            <w:pPr>
              <w:spacing w:after="0" w:line="252" w:lineRule="auto"/>
              <w:jc w:val="center"/>
            </w:pPr>
            <w:r w:rsidRPr="0066020E">
              <w:rPr>
                <w:b/>
                <w:color w:val="FFFFFF"/>
                <w:sz w:val="17"/>
              </w:rPr>
              <w:t>Nr.</w:t>
            </w:r>
          </w:p>
        </w:tc>
        <w:tc>
          <w:tcPr>
            <w:tcW w:w="4762"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17DE3CA4" w14:textId="77777777" w:rsidR="00113BF3" w:rsidRPr="0066020E" w:rsidRDefault="004E6325">
            <w:pPr>
              <w:spacing w:after="0" w:line="252" w:lineRule="auto"/>
              <w:jc w:val="center"/>
            </w:pPr>
            <w:r w:rsidRPr="0066020E">
              <w:rPr>
                <w:b/>
                <w:color w:val="FFFFFF"/>
                <w:sz w:val="17"/>
              </w:rPr>
              <w:t>Mijn vraag</w:t>
            </w:r>
          </w:p>
        </w:tc>
        <w:tc>
          <w:tcPr>
            <w:tcW w:w="1814"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43C9165A" w14:textId="77777777" w:rsidR="00113BF3" w:rsidRPr="0066020E" w:rsidRDefault="004E6325">
            <w:pPr>
              <w:spacing w:after="0" w:line="252" w:lineRule="auto"/>
              <w:jc w:val="center"/>
            </w:pPr>
            <w:r w:rsidRPr="0066020E">
              <w:rPr>
                <w:b/>
                <w:color w:val="FFFFFF"/>
                <w:sz w:val="17"/>
              </w:rPr>
              <w:t>Vraagtype</w:t>
            </w:r>
          </w:p>
        </w:tc>
        <w:tc>
          <w:tcPr>
            <w:tcW w:w="2381"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146B4C12" w14:textId="77777777" w:rsidR="00113BF3" w:rsidRPr="0066020E" w:rsidRDefault="004E6325">
            <w:pPr>
              <w:spacing w:after="0" w:line="252" w:lineRule="auto"/>
              <w:jc w:val="center"/>
            </w:pPr>
            <w:r w:rsidRPr="0066020E">
              <w:rPr>
                <w:b/>
                <w:color w:val="FFFFFF"/>
                <w:sz w:val="17"/>
              </w:rPr>
              <w:t>Waarom staat deze vraag erin?</w:t>
            </w:r>
          </w:p>
        </w:tc>
      </w:tr>
      <w:tr w:rsidR="00113BF3" w:rsidRPr="0066020E" w14:paraId="2201C82C"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2DA553CC" w14:textId="77777777" w:rsidR="00113BF3" w:rsidRPr="0066020E" w:rsidRDefault="004E6325">
            <w:pPr>
              <w:spacing w:after="0" w:line="252" w:lineRule="auto"/>
              <w:jc w:val="center"/>
            </w:pPr>
            <w:r w:rsidRPr="0066020E">
              <w:rPr>
                <w:b/>
                <w:color w:val="1F4E78"/>
                <w:sz w:val="18"/>
              </w:rPr>
              <w:t>1</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3A8C835D"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5C083391" w14:textId="77777777" w:rsidR="00113BF3" w:rsidRDefault="004E6325">
            <w:pPr>
              <w:spacing w:after="0" w:line="252" w:lineRule="auto"/>
              <w:rPr>
                <w:color w:val="1E293B"/>
                <w:sz w:val="17"/>
              </w:rPr>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p w14:paraId="3B9860D9" w14:textId="337BBD9A" w:rsidR="0066020E" w:rsidRPr="0066020E" w:rsidRDefault="0066020E">
            <w:pPr>
              <w:spacing w:after="0" w:line="252" w:lineRule="auto"/>
            </w:pPr>
            <w:r>
              <w:rPr>
                <w:color w:val="1E293B"/>
                <w:sz w:val="17"/>
              </w:rPr>
              <w:t>…..</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5FC84B68" w14:textId="77777777" w:rsidR="00113BF3" w:rsidRPr="0066020E" w:rsidRDefault="00113BF3">
            <w:pPr>
              <w:spacing w:after="0" w:line="252" w:lineRule="auto"/>
            </w:pPr>
          </w:p>
        </w:tc>
      </w:tr>
      <w:tr w:rsidR="00113BF3" w:rsidRPr="0066020E" w14:paraId="1470814E"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39690F56" w14:textId="77777777" w:rsidR="00113BF3" w:rsidRPr="0066020E" w:rsidRDefault="004E6325">
            <w:pPr>
              <w:spacing w:after="0" w:line="252" w:lineRule="auto"/>
              <w:jc w:val="center"/>
            </w:pPr>
            <w:r w:rsidRPr="0066020E">
              <w:rPr>
                <w:b/>
                <w:color w:val="1F4E78"/>
                <w:sz w:val="18"/>
              </w:rPr>
              <w:t>2</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0E7E176F"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1655B1DA"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094B855" w14:textId="77777777" w:rsidR="00113BF3" w:rsidRPr="0066020E" w:rsidRDefault="00113BF3">
            <w:pPr>
              <w:spacing w:after="0" w:line="252" w:lineRule="auto"/>
            </w:pPr>
          </w:p>
        </w:tc>
      </w:tr>
      <w:tr w:rsidR="00113BF3" w:rsidRPr="0066020E" w14:paraId="7D861D62"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3B1D3A85" w14:textId="77777777" w:rsidR="00113BF3" w:rsidRPr="0066020E" w:rsidRDefault="004E6325">
            <w:pPr>
              <w:spacing w:after="0" w:line="252" w:lineRule="auto"/>
              <w:jc w:val="center"/>
            </w:pPr>
            <w:r w:rsidRPr="0066020E">
              <w:rPr>
                <w:b/>
                <w:color w:val="1F4E78"/>
                <w:sz w:val="18"/>
              </w:rPr>
              <w:t>3</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6B5AC818"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14BB4160"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6EC7AEB4" w14:textId="77777777" w:rsidR="00113BF3" w:rsidRPr="0066020E" w:rsidRDefault="00113BF3">
            <w:pPr>
              <w:spacing w:after="0" w:line="252" w:lineRule="auto"/>
            </w:pPr>
          </w:p>
        </w:tc>
      </w:tr>
      <w:tr w:rsidR="00113BF3" w:rsidRPr="0066020E" w14:paraId="591472A9"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1D222B52" w14:textId="77777777" w:rsidR="00113BF3" w:rsidRPr="0066020E" w:rsidRDefault="004E6325">
            <w:pPr>
              <w:spacing w:after="0" w:line="252" w:lineRule="auto"/>
              <w:jc w:val="center"/>
            </w:pPr>
            <w:r w:rsidRPr="0066020E">
              <w:rPr>
                <w:b/>
                <w:color w:val="1F4E78"/>
                <w:sz w:val="18"/>
              </w:rPr>
              <w:t>4</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42E49FDD"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57D5A82B"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3AA14D04" w14:textId="77777777" w:rsidR="00113BF3" w:rsidRPr="0066020E" w:rsidRDefault="00113BF3">
            <w:pPr>
              <w:spacing w:after="0" w:line="252" w:lineRule="auto"/>
            </w:pPr>
          </w:p>
        </w:tc>
      </w:tr>
      <w:tr w:rsidR="00113BF3" w:rsidRPr="0066020E" w14:paraId="06714DB4"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007F9FEE" w14:textId="77777777" w:rsidR="00113BF3" w:rsidRPr="0066020E" w:rsidRDefault="004E6325">
            <w:pPr>
              <w:spacing w:after="0" w:line="252" w:lineRule="auto"/>
              <w:jc w:val="center"/>
            </w:pPr>
            <w:r w:rsidRPr="0066020E">
              <w:rPr>
                <w:b/>
                <w:color w:val="1F4E78"/>
                <w:sz w:val="18"/>
              </w:rPr>
              <w:t>5</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3B271B78"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6655924D"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BDA72C1" w14:textId="77777777" w:rsidR="00113BF3" w:rsidRPr="0066020E" w:rsidRDefault="00113BF3">
            <w:pPr>
              <w:spacing w:after="0" w:line="252" w:lineRule="auto"/>
            </w:pPr>
          </w:p>
        </w:tc>
      </w:tr>
      <w:tr w:rsidR="00113BF3" w:rsidRPr="0066020E" w14:paraId="45CA4BC1"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43BEA1F8" w14:textId="77777777" w:rsidR="00113BF3" w:rsidRPr="0066020E" w:rsidRDefault="004E6325">
            <w:pPr>
              <w:spacing w:after="0" w:line="252" w:lineRule="auto"/>
              <w:jc w:val="center"/>
            </w:pPr>
            <w:r w:rsidRPr="0066020E">
              <w:rPr>
                <w:b/>
                <w:color w:val="1F4E78"/>
                <w:sz w:val="18"/>
              </w:rPr>
              <w:t>6</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03588E0D"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74E2BDC"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0CF59E65" w14:textId="77777777" w:rsidR="00113BF3" w:rsidRPr="0066020E" w:rsidRDefault="00113BF3">
            <w:pPr>
              <w:spacing w:after="0" w:line="252" w:lineRule="auto"/>
            </w:pPr>
          </w:p>
        </w:tc>
      </w:tr>
      <w:tr w:rsidR="00113BF3" w:rsidRPr="0066020E" w14:paraId="0F5C033F"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7CC8F464" w14:textId="77777777" w:rsidR="00113BF3" w:rsidRPr="0066020E" w:rsidRDefault="004E6325">
            <w:pPr>
              <w:spacing w:after="0" w:line="252" w:lineRule="auto"/>
              <w:jc w:val="center"/>
            </w:pPr>
            <w:r w:rsidRPr="0066020E">
              <w:rPr>
                <w:b/>
                <w:color w:val="1F4E78"/>
                <w:sz w:val="18"/>
              </w:rPr>
              <w:t>7</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445492E5"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B942AB0"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E36976C" w14:textId="77777777" w:rsidR="00113BF3" w:rsidRPr="0066020E" w:rsidRDefault="00113BF3">
            <w:pPr>
              <w:spacing w:after="0" w:line="252" w:lineRule="auto"/>
            </w:pPr>
          </w:p>
        </w:tc>
      </w:tr>
      <w:tr w:rsidR="00113BF3" w:rsidRPr="0066020E" w14:paraId="15A67EEB" w14:textId="77777777">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57F548D9" w14:textId="77777777" w:rsidR="00113BF3" w:rsidRPr="0066020E" w:rsidRDefault="004E6325">
            <w:pPr>
              <w:spacing w:after="0" w:line="252" w:lineRule="auto"/>
              <w:jc w:val="center"/>
            </w:pPr>
            <w:r w:rsidRPr="0066020E">
              <w:rPr>
                <w:b/>
                <w:color w:val="1F4E78"/>
                <w:sz w:val="18"/>
              </w:rPr>
              <w:t>8</w:t>
            </w: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7F8992D" w14:textId="77777777" w:rsidR="00113BF3" w:rsidRPr="0066020E" w:rsidRDefault="00113BF3">
            <w:pPr>
              <w:spacing w:after="0" w:line="252" w:lineRule="auto"/>
            </w:pP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17194637" w14:textId="77777777" w:rsidR="00113BF3" w:rsidRPr="0066020E" w:rsidRDefault="004E6325">
            <w:pPr>
              <w:spacing w:after="0" w:line="252" w:lineRule="auto"/>
            </w:pPr>
            <w:r w:rsidRPr="0066020E">
              <w:rPr>
                <w:color w:val="1E293B"/>
                <w:sz w:val="17"/>
              </w:rPr>
              <w:t>☐</w:t>
            </w:r>
            <w:r w:rsidRPr="0066020E">
              <w:rPr>
                <w:color w:val="1E293B"/>
                <w:sz w:val="17"/>
              </w:rPr>
              <w:t xml:space="preserve"> gesloten</w:t>
            </w:r>
            <w:r w:rsidRPr="0066020E">
              <w:rPr>
                <w:color w:val="1E293B"/>
                <w:sz w:val="17"/>
              </w:rPr>
              <w:br/>
              <w:t>☐ schaal</w:t>
            </w:r>
            <w:r w:rsidRPr="0066020E">
              <w:rPr>
                <w:color w:val="1E293B"/>
                <w:sz w:val="17"/>
              </w:rPr>
              <w:br/>
              <w:t>☐ open</w:t>
            </w: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3FA770FD" w14:textId="77777777" w:rsidR="00113BF3" w:rsidRPr="0066020E" w:rsidRDefault="00113BF3">
            <w:pPr>
              <w:spacing w:after="0" w:line="252" w:lineRule="auto"/>
            </w:pPr>
          </w:p>
        </w:tc>
      </w:tr>
      <w:tr w:rsidR="0066020E" w:rsidRPr="0066020E" w14:paraId="63DE5FC8" w14:textId="77777777" w:rsidTr="0066020E">
        <w:trPr>
          <w:trHeight w:val="453"/>
        </w:trPr>
        <w:tc>
          <w:tcPr>
            <w:tcW w:w="680"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52CB426C" w14:textId="77777777" w:rsidR="0066020E" w:rsidRPr="0066020E" w:rsidRDefault="0066020E">
            <w:pPr>
              <w:spacing w:after="0" w:line="252" w:lineRule="auto"/>
              <w:jc w:val="center"/>
              <w:rPr>
                <w:b/>
                <w:color w:val="1F4E78"/>
                <w:sz w:val="18"/>
              </w:rPr>
            </w:pPr>
          </w:p>
        </w:tc>
        <w:tc>
          <w:tcPr>
            <w:tcW w:w="4762"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5AC013A2" w14:textId="5ACE510A" w:rsidR="0066020E" w:rsidRPr="0066020E" w:rsidRDefault="0066020E">
            <w:pPr>
              <w:spacing w:after="0" w:line="252" w:lineRule="auto"/>
              <w:rPr>
                <w:b/>
                <w:bCs/>
              </w:rPr>
            </w:pPr>
            <w:r w:rsidRPr="0066020E">
              <w:rPr>
                <w:b/>
                <w:bCs/>
              </w:rPr>
              <w:t xml:space="preserve">Voeg meer toe indien nodig! </w:t>
            </w:r>
          </w:p>
        </w:tc>
        <w:tc>
          <w:tcPr>
            <w:tcW w:w="1814"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15BE04FF" w14:textId="77777777" w:rsidR="0066020E" w:rsidRPr="0066020E" w:rsidRDefault="0066020E">
            <w:pPr>
              <w:spacing w:after="0" w:line="252" w:lineRule="auto"/>
              <w:rPr>
                <w:color w:val="1E293B"/>
                <w:sz w:val="17"/>
              </w:rPr>
            </w:pPr>
          </w:p>
        </w:tc>
        <w:tc>
          <w:tcPr>
            <w:tcW w:w="2381"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35D267A1" w14:textId="77777777" w:rsidR="0066020E" w:rsidRPr="0066020E" w:rsidRDefault="0066020E">
            <w:pPr>
              <w:spacing w:after="0" w:line="252" w:lineRule="auto"/>
            </w:pPr>
          </w:p>
        </w:tc>
      </w:tr>
    </w:tbl>
    <w:p w14:paraId="2F5FAB27" w14:textId="77777777" w:rsidR="00113BF3" w:rsidRDefault="00113BF3">
      <w:pPr>
        <w:spacing w:after="80" w:line="259" w:lineRule="auto"/>
      </w:pPr>
    </w:p>
    <w:p w14:paraId="61E2E040" w14:textId="77777777" w:rsidR="0066020E" w:rsidRDefault="0066020E">
      <w:pPr>
        <w:spacing w:after="80" w:line="259" w:lineRule="auto"/>
      </w:pPr>
    </w:p>
    <w:p w14:paraId="429044BE" w14:textId="77777777" w:rsidR="0066020E" w:rsidRDefault="0066020E">
      <w:pPr>
        <w:spacing w:after="80" w:line="259" w:lineRule="auto"/>
      </w:pPr>
    </w:p>
    <w:p w14:paraId="1B970C51" w14:textId="77777777" w:rsidR="0066020E" w:rsidRDefault="0066020E">
      <w:pPr>
        <w:spacing w:after="80" w:line="259" w:lineRule="auto"/>
      </w:pPr>
    </w:p>
    <w:p w14:paraId="71AD98FC" w14:textId="77777777" w:rsidR="0066020E" w:rsidRPr="0066020E" w:rsidRDefault="0066020E">
      <w:pPr>
        <w:spacing w:after="80" w:line="259" w:lineRule="auto"/>
      </w:pPr>
    </w:p>
    <w:p w14:paraId="0435D056" w14:textId="77777777" w:rsidR="00113BF3" w:rsidRPr="0066020E" w:rsidRDefault="004E6325">
      <w:pPr>
        <w:spacing w:after="40" w:line="259" w:lineRule="auto"/>
      </w:pPr>
      <w:r w:rsidRPr="0066020E">
        <w:rPr>
          <w:b/>
          <w:color w:val="1E293B"/>
          <w:sz w:val="20"/>
        </w:rPr>
        <w:lastRenderedPageBreak/>
        <w:t>Titel en korte inleiding van mijn enquête</w:t>
      </w:r>
    </w:p>
    <w:p w14:paraId="1F862C91" w14:textId="77777777" w:rsidR="00113BF3" w:rsidRPr="0066020E" w:rsidRDefault="004E6325">
      <w:pPr>
        <w:spacing w:after="60" w:line="259" w:lineRule="auto"/>
      </w:pPr>
      <w:r w:rsidRPr="0066020E">
        <w:rPr>
          <w:color w:val="526579"/>
          <w:sz w:val="18"/>
        </w:rPr>
        <w:t>Vermeld het doel van je onderzoek, dat deelname vrijwillig is en dat de antwoorden anoniem worden verwerkt.</w:t>
      </w:r>
    </w:p>
    <w:tbl>
      <w:tblPr>
        <w:tblW w:w="0" w:type="auto"/>
        <w:tblLayout w:type="fixed"/>
        <w:tblLook w:val="04A0" w:firstRow="1" w:lastRow="0" w:firstColumn="1" w:lastColumn="0" w:noHBand="0" w:noVBand="1"/>
      </w:tblPr>
      <w:tblGrid>
        <w:gridCol w:w="10200"/>
      </w:tblGrid>
      <w:tr w:rsidR="00113BF3" w:rsidRPr="0066020E" w14:paraId="357B0ED1" w14:textId="77777777">
        <w:tc>
          <w:tcPr>
            <w:tcW w:w="9639"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7968686D" w14:textId="77777777" w:rsidR="00113BF3" w:rsidRPr="0066020E" w:rsidRDefault="00113BF3">
            <w:pPr>
              <w:spacing w:after="0" w:line="252" w:lineRule="auto"/>
            </w:pPr>
          </w:p>
        </w:tc>
      </w:tr>
      <w:tr w:rsidR="00113BF3" w:rsidRPr="0066020E" w14:paraId="4E727191"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4CF42D16" w14:textId="77777777" w:rsidR="00113BF3" w:rsidRPr="0066020E" w:rsidRDefault="00113BF3">
            <w:pPr>
              <w:spacing w:after="0" w:line="252" w:lineRule="auto"/>
            </w:pPr>
          </w:p>
        </w:tc>
      </w:tr>
      <w:tr w:rsidR="00113BF3" w:rsidRPr="0066020E" w14:paraId="00992C78"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177BB9F2" w14:textId="77777777" w:rsidR="00113BF3" w:rsidRPr="0066020E" w:rsidRDefault="00113BF3">
            <w:pPr>
              <w:spacing w:after="0" w:line="252" w:lineRule="auto"/>
            </w:pPr>
          </w:p>
        </w:tc>
      </w:tr>
    </w:tbl>
    <w:p w14:paraId="0F4BA9E0" w14:textId="77777777" w:rsidR="00113BF3" w:rsidRPr="0066020E" w:rsidRDefault="00113BF3">
      <w:pPr>
        <w:spacing w:after="60" w:line="259" w:lineRule="auto"/>
      </w:pPr>
    </w:p>
    <w:p w14:paraId="64C0A548" w14:textId="77777777" w:rsidR="00113BF3" w:rsidRPr="0066020E" w:rsidRDefault="004E6325">
      <w:r w:rsidRPr="0066020E">
        <w:br w:type="page"/>
      </w:r>
    </w:p>
    <w:tbl>
      <w:tblPr>
        <w:tblW w:w="0" w:type="auto"/>
        <w:tblLayout w:type="fixed"/>
        <w:tblLook w:val="04A0" w:firstRow="1" w:lastRow="0" w:firstColumn="1" w:lastColumn="0" w:noHBand="0" w:noVBand="1"/>
      </w:tblPr>
      <w:tblGrid>
        <w:gridCol w:w="680"/>
        <w:gridCol w:w="8958"/>
      </w:tblGrid>
      <w:tr w:rsidR="00113BF3" w:rsidRPr="0066020E" w14:paraId="5F5BAEA4" w14:textId="77777777">
        <w:tc>
          <w:tcPr>
            <w:tcW w:w="68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4D919542" w14:textId="77777777" w:rsidR="00113BF3" w:rsidRPr="0066020E" w:rsidRDefault="004E6325" w:rsidP="0066020E">
            <w:pPr>
              <w:spacing w:after="0" w:line="252" w:lineRule="auto"/>
            </w:pPr>
            <w:r w:rsidRPr="0066020E">
              <w:rPr>
                <w:b/>
                <w:color w:val="FFFFFF"/>
                <w:sz w:val="24"/>
              </w:rPr>
              <w:lastRenderedPageBreak/>
              <w:t>4</w:t>
            </w:r>
          </w:p>
        </w:tc>
        <w:tc>
          <w:tcPr>
            <w:tcW w:w="8958"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6517DBE4" w14:textId="77777777" w:rsidR="00113BF3" w:rsidRPr="0066020E" w:rsidRDefault="004E6325">
            <w:pPr>
              <w:spacing w:after="0" w:line="252" w:lineRule="auto"/>
            </w:pPr>
            <w:r w:rsidRPr="0066020E">
              <w:rPr>
                <w:b/>
                <w:color w:val="1F4E78"/>
                <w:sz w:val="24"/>
              </w:rPr>
              <w:t>Verzamel verwerk en presenteer je gegevens</w:t>
            </w:r>
          </w:p>
        </w:tc>
      </w:tr>
    </w:tbl>
    <w:p w14:paraId="56B4F638" w14:textId="77777777" w:rsidR="0066020E" w:rsidRDefault="0066020E">
      <w:pPr>
        <w:spacing w:before="60" w:after="140" w:line="259" w:lineRule="auto"/>
        <w:rPr>
          <w:color w:val="1E293B"/>
          <w:sz w:val="20"/>
        </w:rPr>
      </w:pPr>
    </w:p>
    <w:p w14:paraId="5B47AA3C" w14:textId="2BD2F2AF" w:rsidR="00113BF3" w:rsidRPr="0066020E" w:rsidRDefault="004E6325">
      <w:pPr>
        <w:spacing w:before="60" w:after="140" w:line="259" w:lineRule="auto"/>
      </w:pPr>
      <w:r w:rsidRPr="0066020E">
        <w:rPr>
          <w:color w:val="1E293B"/>
          <w:sz w:val="20"/>
        </w:rPr>
        <w:t>Laat je enquête eerst nakijken. Daarna nodig je leerlingen op een respectvolle manier uit en verwerk je de resultaten.</w:t>
      </w:r>
    </w:p>
    <w:p w14:paraId="52B51199" w14:textId="77777777" w:rsidR="0066020E" w:rsidRDefault="0066020E">
      <w:pPr>
        <w:spacing w:after="40" w:line="259" w:lineRule="auto"/>
        <w:rPr>
          <w:b/>
          <w:color w:val="1E293B"/>
          <w:sz w:val="20"/>
        </w:rPr>
      </w:pPr>
    </w:p>
    <w:p w14:paraId="675AA5C6" w14:textId="7756A998" w:rsidR="00113BF3" w:rsidRPr="0066020E" w:rsidRDefault="004E6325">
      <w:pPr>
        <w:spacing w:after="40" w:line="259" w:lineRule="auto"/>
      </w:pPr>
      <w:r w:rsidRPr="0066020E">
        <w:rPr>
          <w:b/>
          <w:color w:val="1E293B"/>
          <w:sz w:val="20"/>
        </w:rPr>
        <w:t>Uitnodiging</w:t>
      </w:r>
    </w:p>
    <w:p w14:paraId="1B967EF0" w14:textId="77777777" w:rsidR="00113BF3" w:rsidRPr="0066020E" w:rsidRDefault="004E6325">
      <w:pPr>
        <w:spacing w:after="60" w:line="259" w:lineRule="auto"/>
      </w:pPr>
      <w:r w:rsidRPr="0066020E">
        <w:rPr>
          <w:color w:val="526579"/>
          <w:sz w:val="18"/>
        </w:rPr>
        <w:t>Schrijf een korte zakelijke uitnodiging. Vermeld het doel, de anonieme verwerking, de geschatte invultijd en de deadline.</w:t>
      </w:r>
    </w:p>
    <w:p w14:paraId="11FEF4B0" w14:textId="77777777" w:rsidR="0066020E" w:rsidRDefault="0066020E">
      <w:pPr>
        <w:spacing w:after="40" w:line="259" w:lineRule="auto"/>
        <w:rPr>
          <w:b/>
          <w:color w:val="1E293B"/>
          <w:sz w:val="20"/>
        </w:rPr>
      </w:pPr>
    </w:p>
    <w:p w14:paraId="77908723" w14:textId="0770EB49" w:rsidR="00113BF3" w:rsidRPr="0066020E" w:rsidRDefault="004E6325">
      <w:pPr>
        <w:spacing w:after="40" w:line="259" w:lineRule="auto"/>
      </w:pPr>
      <w:r w:rsidRPr="0066020E">
        <w:rPr>
          <w:b/>
          <w:color w:val="1E293B"/>
          <w:sz w:val="20"/>
        </w:rPr>
        <w:t>Mijn uitnodiging voor deelnemers</w:t>
      </w:r>
    </w:p>
    <w:tbl>
      <w:tblPr>
        <w:tblW w:w="0" w:type="auto"/>
        <w:tblLayout w:type="fixed"/>
        <w:tblLook w:val="04A0" w:firstRow="1" w:lastRow="0" w:firstColumn="1" w:lastColumn="0" w:noHBand="0" w:noVBand="1"/>
      </w:tblPr>
      <w:tblGrid>
        <w:gridCol w:w="10200"/>
      </w:tblGrid>
      <w:tr w:rsidR="00113BF3" w:rsidRPr="0066020E" w14:paraId="74C49BB2" w14:textId="77777777">
        <w:tc>
          <w:tcPr>
            <w:tcW w:w="9639"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7E9D54A1" w14:textId="77777777" w:rsidR="00113BF3" w:rsidRPr="0066020E" w:rsidRDefault="00113BF3">
            <w:pPr>
              <w:spacing w:after="0" w:line="252" w:lineRule="auto"/>
            </w:pPr>
          </w:p>
        </w:tc>
      </w:tr>
      <w:tr w:rsidR="00113BF3" w:rsidRPr="0066020E" w14:paraId="55E0C5E9"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3595FB91" w14:textId="77777777" w:rsidR="00113BF3" w:rsidRPr="0066020E" w:rsidRDefault="00113BF3">
            <w:pPr>
              <w:spacing w:after="0" w:line="252" w:lineRule="auto"/>
            </w:pPr>
          </w:p>
        </w:tc>
      </w:tr>
      <w:tr w:rsidR="00113BF3" w:rsidRPr="0066020E" w14:paraId="6FEFC003"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2B156C7D" w14:textId="77777777" w:rsidR="00113BF3" w:rsidRPr="0066020E" w:rsidRDefault="00113BF3">
            <w:pPr>
              <w:spacing w:after="0" w:line="252" w:lineRule="auto"/>
            </w:pPr>
          </w:p>
        </w:tc>
      </w:tr>
      <w:tr w:rsidR="00113BF3" w:rsidRPr="0066020E" w14:paraId="1218F546"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5BA633AA" w14:textId="77777777" w:rsidR="00113BF3" w:rsidRPr="0066020E" w:rsidRDefault="00113BF3">
            <w:pPr>
              <w:spacing w:after="0" w:line="252" w:lineRule="auto"/>
            </w:pPr>
          </w:p>
        </w:tc>
      </w:tr>
    </w:tbl>
    <w:p w14:paraId="62864336" w14:textId="77777777" w:rsidR="00113BF3" w:rsidRPr="0066020E" w:rsidRDefault="00113BF3">
      <w:pPr>
        <w:spacing w:after="60" w:line="259" w:lineRule="auto"/>
      </w:pPr>
    </w:p>
    <w:p w14:paraId="53CD6514" w14:textId="77777777" w:rsidR="00113BF3" w:rsidRPr="0066020E" w:rsidRDefault="004E6325">
      <w:pPr>
        <w:spacing w:after="60" w:line="259" w:lineRule="auto"/>
      </w:pPr>
      <w:r w:rsidRPr="0066020E">
        <w:rPr>
          <w:b/>
          <w:color w:val="1E293B"/>
          <w:sz w:val="20"/>
        </w:rPr>
        <w:t>Resultaten verwerken</w:t>
      </w:r>
    </w:p>
    <w:tbl>
      <w:tblPr>
        <w:tblW w:w="0" w:type="auto"/>
        <w:tblLayout w:type="fixed"/>
        <w:tblLook w:val="04A0" w:firstRow="1" w:lastRow="0" w:firstColumn="1" w:lastColumn="0" w:noHBand="0" w:noVBand="1"/>
      </w:tblPr>
      <w:tblGrid>
        <w:gridCol w:w="2051"/>
        <w:gridCol w:w="4830"/>
        <w:gridCol w:w="3380"/>
      </w:tblGrid>
      <w:tr w:rsidR="00113BF3" w:rsidRPr="0066020E" w14:paraId="4834E82C" w14:textId="77777777" w:rsidTr="0066020E">
        <w:trPr>
          <w:trHeight w:val="221"/>
          <w:tblHeader/>
        </w:trPr>
        <w:tc>
          <w:tcPr>
            <w:tcW w:w="2051"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09AB90C7" w14:textId="77777777" w:rsidR="00113BF3" w:rsidRPr="0066020E" w:rsidRDefault="004E6325">
            <w:pPr>
              <w:spacing w:after="0" w:line="252" w:lineRule="auto"/>
              <w:jc w:val="center"/>
            </w:pPr>
            <w:r w:rsidRPr="0066020E">
              <w:rPr>
                <w:b/>
                <w:color w:val="FFFFFF"/>
                <w:sz w:val="17"/>
              </w:rPr>
              <w:t>Grafiek</w:t>
            </w:r>
          </w:p>
        </w:tc>
        <w:tc>
          <w:tcPr>
            <w:tcW w:w="483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15DDD3F9" w14:textId="77777777" w:rsidR="00113BF3" w:rsidRPr="0066020E" w:rsidRDefault="004E6325">
            <w:pPr>
              <w:spacing w:after="0" w:line="252" w:lineRule="auto"/>
              <w:jc w:val="center"/>
            </w:pPr>
            <w:r w:rsidRPr="0066020E">
              <w:rPr>
                <w:b/>
                <w:color w:val="FFFFFF"/>
                <w:sz w:val="17"/>
              </w:rPr>
              <w:t>Wat zie ik?</w:t>
            </w:r>
          </w:p>
        </w:tc>
        <w:tc>
          <w:tcPr>
            <w:tcW w:w="3380" w:type="dxa"/>
            <w:tcBorders>
              <w:top w:val="single" w:sz="6" w:space="0" w:color="D9E1E8"/>
              <w:left w:val="single" w:sz="6" w:space="0" w:color="D9E1E8"/>
              <w:bottom w:val="single" w:sz="6" w:space="0" w:color="D9E1E8"/>
              <w:right w:val="single" w:sz="6" w:space="0" w:color="D9E1E8"/>
            </w:tcBorders>
            <w:shd w:val="clear" w:color="auto" w:fill="1F4E78"/>
            <w:tcMar>
              <w:top w:w="100" w:type="dxa"/>
              <w:left w:w="130" w:type="dxa"/>
              <w:bottom w:w="100" w:type="dxa"/>
              <w:right w:w="130" w:type="dxa"/>
            </w:tcMar>
            <w:vAlign w:val="center"/>
          </w:tcPr>
          <w:p w14:paraId="7A19BB57" w14:textId="77777777" w:rsidR="00113BF3" w:rsidRPr="0066020E" w:rsidRDefault="004E6325">
            <w:pPr>
              <w:spacing w:after="0" w:line="252" w:lineRule="auto"/>
              <w:jc w:val="center"/>
            </w:pPr>
            <w:r w:rsidRPr="0066020E">
              <w:rPr>
                <w:b/>
                <w:color w:val="FFFFFF"/>
                <w:sz w:val="17"/>
              </w:rPr>
              <w:t>Wat betekent dit voor mijn hoofdvraag?</w:t>
            </w:r>
          </w:p>
        </w:tc>
      </w:tr>
      <w:tr w:rsidR="00113BF3" w:rsidRPr="0066020E" w14:paraId="10E044FC" w14:textId="77777777" w:rsidTr="0066020E">
        <w:trPr>
          <w:trHeight w:val="270"/>
        </w:trPr>
        <w:tc>
          <w:tcPr>
            <w:tcW w:w="2051"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30BBCBA8" w14:textId="77777777" w:rsidR="00113BF3" w:rsidRPr="0066020E" w:rsidRDefault="004E6325">
            <w:pPr>
              <w:spacing w:after="0" w:line="252" w:lineRule="auto"/>
              <w:jc w:val="center"/>
            </w:pPr>
            <w:r w:rsidRPr="0066020E">
              <w:rPr>
                <w:b/>
                <w:color w:val="1F4E78"/>
                <w:sz w:val="18"/>
              </w:rPr>
              <w:t>Grafiek 1</w:t>
            </w:r>
          </w:p>
        </w:tc>
        <w:tc>
          <w:tcPr>
            <w:tcW w:w="483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2F80C68C" w14:textId="77777777" w:rsidR="00113BF3" w:rsidRPr="0066020E" w:rsidRDefault="00113BF3">
            <w:pPr>
              <w:spacing w:after="0" w:line="252" w:lineRule="auto"/>
            </w:pPr>
          </w:p>
        </w:tc>
        <w:tc>
          <w:tcPr>
            <w:tcW w:w="338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7A4DAC84" w14:textId="77777777" w:rsidR="00113BF3" w:rsidRPr="0066020E" w:rsidRDefault="00113BF3">
            <w:pPr>
              <w:spacing w:after="0" w:line="252" w:lineRule="auto"/>
            </w:pPr>
          </w:p>
        </w:tc>
      </w:tr>
      <w:tr w:rsidR="00113BF3" w:rsidRPr="0066020E" w14:paraId="4B59ECD1" w14:textId="77777777" w:rsidTr="0066020E">
        <w:trPr>
          <w:trHeight w:val="283"/>
        </w:trPr>
        <w:tc>
          <w:tcPr>
            <w:tcW w:w="2051"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06C322EF" w14:textId="77777777" w:rsidR="00113BF3" w:rsidRPr="0066020E" w:rsidRDefault="004E6325">
            <w:pPr>
              <w:spacing w:after="0" w:line="252" w:lineRule="auto"/>
              <w:jc w:val="center"/>
            </w:pPr>
            <w:r w:rsidRPr="0066020E">
              <w:rPr>
                <w:b/>
                <w:color w:val="1F4E78"/>
                <w:sz w:val="18"/>
              </w:rPr>
              <w:t>Grafiek 2</w:t>
            </w:r>
          </w:p>
        </w:tc>
        <w:tc>
          <w:tcPr>
            <w:tcW w:w="483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071FE4D3" w14:textId="77777777" w:rsidR="00113BF3" w:rsidRPr="0066020E" w:rsidRDefault="00113BF3">
            <w:pPr>
              <w:spacing w:after="0" w:line="252" w:lineRule="auto"/>
            </w:pPr>
          </w:p>
        </w:tc>
        <w:tc>
          <w:tcPr>
            <w:tcW w:w="338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6D9A1664" w14:textId="77777777" w:rsidR="00113BF3" w:rsidRPr="0066020E" w:rsidRDefault="00113BF3">
            <w:pPr>
              <w:spacing w:after="0" w:line="252" w:lineRule="auto"/>
            </w:pPr>
          </w:p>
        </w:tc>
      </w:tr>
      <w:tr w:rsidR="00113BF3" w:rsidRPr="0066020E" w14:paraId="709C9B33" w14:textId="77777777" w:rsidTr="0066020E">
        <w:trPr>
          <w:trHeight w:val="258"/>
        </w:trPr>
        <w:tc>
          <w:tcPr>
            <w:tcW w:w="2051" w:type="dxa"/>
            <w:tcBorders>
              <w:top w:val="single" w:sz="6" w:space="0" w:color="D9E1E8"/>
              <w:left w:val="single" w:sz="6" w:space="0" w:color="D9E1E8"/>
              <w:bottom w:val="single" w:sz="6" w:space="0" w:color="D9E1E8"/>
              <w:right w:val="single" w:sz="6" w:space="0" w:color="D9E1E8"/>
            </w:tcBorders>
            <w:shd w:val="clear" w:color="auto" w:fill="D9EAF7"/>
            <w:tcMar>
              <w:top w:w="100" w:type="dxa"/>
              <w:left w:w="130" w:type="dxa"/>
              <w:bottom w:w="100" w:type="dxa"/>
              <w:right w:w="130" w:type="dxa"/>
            </w:tcMar>
            <w:vAlign w:val="center"/>
          </w:tcPr>
          <w:p w14:paraId="53DEFCBE" w14:textId="77777777" w:rsidR="00113BF3" w:rsidRPr="0066020E" w:rsidRDefault="004E6325">
            <w:pPr>
              <w:spacing w:after="0" w:line="252" w:lineRule="auto"/>
              <w:jc w:val="center"/>
            </w:pPr>
            <w:r w:rsidRPr="0066020E">
              <w:rPr>
                <w:b/>
                <w:color w:val="1F4E78"/>
                <w:sz w:val="18"/>
              </w:rPr>
              <w:t>Grafiek 3</w:t>
            </w:r>
          </w:p>
        </w:tc>
        <w:tc>
          <w:tcPr>
            <w:tcW w:w="483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2C92F7AA" w14:textId="77777777" w:rsidR="00113BF3" w:rsidRPr="0066020E" w:rsidRDefault="00113BF3">
            <w:pPr>
              <w:spacing w:after="0" w:line="252" w:lineRule="auto"/>
            </w:pPr>
          </w:p>
        </w:tc>
        <w:tc>
          <w:tcPr>
            <w:tcW w:w="3380" w:type="dxa"/>
            <w:tcBorders>
              <w:top w:val="single" w:sz="6" w:space="0" w:color="D9E1E8"/>
              <w:left w:val="single" w:sz="6" w:space="0" w:color="D9E1E8"/>
              <w:bottom w:val="single" w:sz="6" w:space="0" w:color="D9E1E8"/>
              <w:right w:val="single" w:sz="6" w:space="0" w:color="D9E1E8"/>
            </w:tcBorders>
            <w:tcMar>
              <w:top w:w="100" w:type="dxa"/>
              <w:left w:w="130" w:type="dxa"/>
              <w:bottom w:w="100" w:type="dxa"/>
              <w:right w:w="130" w:type="dxa"/>
            </w:tcMar>
            <w:vAlign w:val="center"/>
          </w:tcPr>
          <w:p w14:paraId="1D340B27" w14:textId="77777777" w:rsidR="00113BF3" w:rsidRPr="0066020E" w:rsidRDefault="00113BF3">
            <w:pPr>
              <w:spacing w:after="0" w:line="252" w:lineRule="auto"/>
            </w:pPr>
          </w:p>
        </w:tc>
      </w:tr>
    </w:tbl>
    <w:p w14:paraId="42FAF108" w14:textId="77777777" w:rsidR="00113BF3" w:rsidRPr="0066020E" w:rsidRDefault="00113BF3">
      <w:pPr>
        <w:spacing w:after="80" w:line="259" w:lineRule="auto"/>
      </w:pPr>
    </w:p>
    <w:p w14:paraId="2FFDA356" w14:textId="77777777" w:rsidR="00113BF3" w:rsidRPr="0066020E" w:rsidRDefault="004E6325">
      <w:pPr>
        <w:spacing w:after="40" w:line="259" w:lineRule="auto"/>
      </w:pPr>
      <w:r w:rsidRPr="0066020E">
        <w:rPr>
          <w:b/>
          <w:color w:val="1E293B"/>
          <w:sz w:val="20"/>
        </w:rPr>
        <w:t>Mijn conclusie</w:t>
      </w:r>
    </w:p>
    <w:p w14:paraId="306FF582" w14:textId="77777777" w:rsidR="00113BF3" w:rsidRPr="0066020E" w:rsidRDefault="004E6325">
      <w:pPr>
        <w:spacing w:after="60" w:line="259" w:lineRule="auto"/>
      </w:pPr>
      <w:r w:rsidRPr="0066020E">
        <w:rPr>
          <w:color w:val="526579"/>
          <w:sz w:val="18"/>
        </w:rPr>
        <w:t>Beantwoord je hoofdvraag. Gebruik minstens twee concrete resultaten en vermeld of je hypothese wordt bevestigd, verworpen of gedeeltelijk bevestigd.</w:t>
      </w:r>
    </w:p>
    <w:tbl>
      <w:tblPr>
        <w:tblW w:w="0" w:type="auto"/>
        <w:tblLayout w:type="fixed"/>
        <w:tblLook w:val="04A0" w:firstRow="1" w:lastRow="0" w:firstColumn="1" w:lastColumn="0" w:noHBand="0" w:noVBand="1"/>
      </w:tblPr>
      <w:tblGrid>
        <w:gridCol w:w="10200"/>
      </w:tblGrid>
      <w:tr w:rsidR="00113BF3" w:rsidRPr="0066020E" w14:paraId="38D38E49" w14:textId="77777777">
        <w:tc>
          <w:tcPr>
            <w:tcW w:w="9639"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522A38D8" w14:textId="77777777" w:rsidR="00113BF3" w:rsidRPr="0066020E" w:rsidRDefault="00113BF3">
            <w:pPr>
              <w:spacing w:after="0" w:line="252" w:lineRule="auto"/>
            </w:pPr>
          </w:p>
        </w:tc>
      </w:tr>
      <w:tr w:rsidR="00113BF3" w:rsidRPr="0066020E" w14:paraId="39FF02DB"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27065BDD" w14:textId="77777777" w:rsidR="00113BF3" w:rsidRPr="0066020E" w:rsidRDefault="00113BF3">
            <w:pPr>
              <w:spacing w:after="0" w:line="252" w:lineRule="auto"/>
            </w:pPr>
          </w:p>
        </w:tc>
      </w:tr>
      <w:tr w:rsidR="00113BF3" w:rsidRPr="0066020E" w14:paraId="0A86313C"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071D4FAC" w14:textId="77777777" w:rsidR="00113BF3" w:rsidRPr="0066020E" w:rsidRDefault="00113BF3">
            <w:pPr>
              <w:spacing w:after="0" w:line="252" w:lineRule="auto"/>
            </w:pPr>
          </w:p>
        </w:tc>
      </w:tr>
      <w:tr w:rsidR="00113BF3" w:rsidRPr="0066020E" w14:paraId="0F970BCB"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591B83AB" w14:textId="77777777" w:rsidR="00113BF3" w:rsidRPr="0066020E" w:rsidRDefault="00113BF3">
            <w:pPr>
              <w:spacing w:after="0" w:line="252" w:lineRule="auto"/>
            </w:pPr>
          </w:p>
        </w:tc>
      </w:tr>
    </w:tbl>
    <w:p w14:paraId="30AC27F7" w14:textId="77777777" w:rsidR="00113BF3" w:rsidRPr="0066020E" w:rsidRDefault="00113BF3">
      <w:pPr>
        <w:spacing w:after="60" w:line="259" w:lineRule="auto"/>
      </w:pPr>
    </w:p>
    <w:p w14:paraId="5785F191" w14:textId="77777777" w:rsidR="00113BF3" w:rsidRPr="0066020E" w:rsidRDefault="004E6325">
      <w:pPr>
        <w:spacing w:after="40" w:line="259" w:lineRule="auto"/>
      </w:pPr>
      <w:r w:rsidRPr="0066020E">
        <w:rPr>
          <w:b/>
          <w:color w:val="1E293B"/>
          <w:sz w:val="20"/>
        </w:rPr>
        <w:t>Beperking van mijn onderzoek en idee voor vervolgonderzoek</w:t>
      </w:r>
    </w:p>
    <w:tbl>
      <w:tblPr>
        <w:tblW w:w="0" w:type="auto"/>
        <w:tblLayout w:type="fixed"/>
        <w:tblLook w:val="04A0" w:firstRow="1" w:lastRow="0" w:firstColumn="1" w:lastColumn="0" w:noHBand="0" w:noVBand="1"/>
      </w:tblPr>
      <w:tblGrid>
        <w:gridCol w:w="10200"/>
      </w:tblGrid>
      <w:tr w:rsidR="00113BF3" w:rsidRPr="0066020E" w14:paraId="02E21514" w14:textId="77777777">
        <w:tc>
          <w:tcPr>
            <w:tcW w:w="9639"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4891226A" w14:textId="77777777" w:rsidR="00113BF3" w:rsidRPr="0066020E" w:rsidRDefault="00113BF3">
            <w:pPr>
              <w:spacing w:after="0" w:line="252" w:lineRule="auto"/>
            </w:pPr>
          </w:p>
        </w:tc>
      </w:tr>
      <w:tr w:rsidR="00113BF3" w:rsidRPr="0066020E" w14:paraId="1A91C59E" w14:textId="77777777">
        <w:tc>
          <w:tcPr>
            <w:tcW w:w="10200" w:type="dxa"/>
            <w:tcBorders>
              <w:top w:val="single" w:sz="6" w:space="0" w:color="D9E1E8"/>
              <w:left w:val="single" w:sz="6" w:space="0" w:color="D9E1E8"/>
              <w:bottom w:val="single" w:sz="6" w:space="0" w:color="D9E1E8"/>
              <w:right w:val="single" w:sz="6" w:space="0" w:color="D9E1E8"/>
            </w:tcBorders>
            <w:shd w:val="clear" w:color="auto" w:fill="FFFFFF"/>
            <w:tcMar>
              <w:top w:w="100" w:type="dxa"/>
              <w:left w:w="130" w:type="dxa"/>
              <w:bottom w:w="100" w:type="dxa"/>
              <w:right w:w="130" w:type="dxa"/>
            </w:tcMar>
            <w:vAlign w:val="center"/>
          </w:tcPr>
          <w:p w14:paraId="364F4834" w14:textId="77777777" w:rsidR="00113BF3" w:rsidRPr="0066020E" w:rsidRDefault="00113BF3">
            <w:pPr>
              <w:spacing w:after="0" w:line="252" w:lineRule="auto"/>
            </w:pPr>
          </w:p>
        </w:tc>
      </w:tr>
    </w:tbl>
    <w:p w14:paraId="6556F6E4" w14:textId="77777777" w:rsidR="00113BF3" w:rsidRDefault="00113BF3">
      <w:pPr>
        <w:spacing w:after="60" w:line="259" w:lineRule="auto"/>
      </w:pPr>
    </w:p>
    <w:p w14:paraId="2CFC28F9" w14:textId="77777777" w:rsidR="0066020E" w:rsidRDefault="0066020E">
      <w:pPr>
        <w:spacing w:after="60" w:line="259" w:lineRule="auto"/>
      </w:pPr>
    </w:p>
    <w:p w14:paraId="411F6A25" w14:textId="77777777" w:rsidR="0066020E" w:rsidRDefault="0066020E">
      <w:pPr>
        <w:spacing w:after="60" w:line="259" w:lineRule="auto"/>
      </w:pPr>
    </w:p>
    <w:p w14:paraId="14C1C60E" w14:textId="77777777" w:rsidR="0066020E" w:rsidRDefault="0066020E">
      <w:pPr>
        <w:spacing w:after="60" w:line="259" w:lineRule="auto"/>
      </w:pPr>
    </w:p>
    <w:p w14:paraId="3916E139" w14:textId="77777777" w:rsidR="0066020E" w:rsidRPr="0066020E" w:rsidRDefault="0066020E">
      <w:pPr>
        <w:spacing w:after="60" w:line="259" w:lineRule="auto"/>
      </w:pPr>
    </w:p>
    <w:p w14:paraId="544A8762" w14:textId="77777777" w:rsidR="00113BF3" w:rsidRPr="0066020E" w:rsidRDefault="004E6325">
      <w:pPr>
        <w:spacing w:after="60" w:line="259" w:lineRule="auto"/>
      </w:pPr>
      <w:r w:rsidRPr="0066020E">
        <w:rPr>
          <w:b/>
          <w:color w:val="1E293B"/>
          <w:sz w:val="20"/>
        </w:rPr>
        <w:lastRenderedPageBreak/>
        <w:t>Checklist voor je indient op Smartschool</w:t>
      </w:r>
    </w:p>
    <w:p w14:paraId="4A388C6C" w14:textId="77777777" w:rsidR="00113BF3" w:rsidRPr="0066020E" w:rsidRDefault="004E6325">
      <w:pPr>
        <w:spacing w:after="20" w:line="259" w:lineRule="auto"/>
      </w:pPr>
      <w:r w:rsidRPr="0066020E">
        <w:rPr>
          <w:color w:val="1E293B"/>
          <w:sz w:val="19"/>
        </w:rPr>
        <w:t>☐</w:t>
      </w:r>
      <w:r w:rsidRPr="0066020E">
        <w:rPr>
          <w:color w:val="1E293B"/>
          <w:sz w:val="19"/>
        </w:rPr>
        <w:t xml:space="preserve"> ingevuld werkblad</w:t>
      </w:r>
    </w:p>
    <w:p w14:paraId="766FF28F" w14:textId="77777777" w:rsidR="00113BF3" w:rsidRPr="0066020E" w:rsidRDefault="004E6325">
      <w:pPr>
        <w:spacing w:after="20" w:line="259" w:lineRule="auto"/>
      </w:pPr>
      <w:r w:rsidRPr="0066020E">
        <w:rPr>
          <w:color w:val="1E293B"/>
          <w:sz w:val="19"/>
        </w:rPr>
        <w:t>☐</w:t>
      </w:r>
      <w:r w:rsidRPr="0066020E">
        <w:rPr>
          <w:color w:val="1E293B"/>
          <w:sz w:val="19"/>
        </w:rPr>
        <w:t xml:space="preserve"> link naar mijn Microsoft Forms enquête</w:t>
      </w:r>
    </w:p>
    <w:p w14:paraId="3FB9444C" w14:textId="77777777" w:rsidR="00113BF3" w:rsidRPr="0066020E" w:rsidRDefault="004E6325">
      <w:pPr>
        <w:spacing w:after="20" w:line="259" w:lineRule="auto"/>
      </w:pPr>
      <w:r w:rsidRPr="0066020E">
        <w:rPr>
          <w:color w:val="1E293B"/>
          <w:sz w:val="19"/>
        </w:rPr>
        <w:t>☐</w:t>
      </w:r>
      <w:r w:rsidRPr="0066020E">
        <w:rPr>
          <w:color w:val="1E293B"/>
          <w:sz w:val="19"/>
        </w:rPr>
        <w:t xml:space="preserve"> minstens drie grafieken met korte interpretatie</w:t>
      </w:r>
    </w:p>
    <w:p w14:paraId="417DE443" w14:textId="77777777" w:rsidR="00113BF3" w:rsidRPr="0066020E" w:rsidRDefault="004E6325">
      <w:pPr>
        <w:spacing w:after="20" w:line="259" w:lineRule="auto"/>
      </w:pPr>
      <w:r w:rsidRPr="0066020E">
        <w:rPr>
          <w:color w:val="1E293B"/>
          <w:sz w:val="19"/>
        </w:rPr>
        <w:t>☐</w:t>
      </w:r>
      <w:r w:rsidRPr="0066020E">
        <w:rPr>
          <w:color w:val="1E293B"/>
          <w:sz w:val="19"/>
        </w:rPr>
        <w:t xml:space="preserve"> conclusie</w:t>
      </w:r>
    </w:p>
    <w:p w14:paraId="15AAB137" w14:textId="77777777" w:rsidR="00113BF3" w:rsidRDefault="004E6325">
      <w:pPr>
        <w:spacing w:after="20" w:line="259" w:lineRule="auto"/>
      </w:pPr>
      <w:r w:rsidRPr="0066020E">
        <w:rPr>
          <w:color w:val="1E293B"/>
          <w:sz w:val="19"/>
        </w:rPr>
        <w:t>☐</w:t>
      </w:r>
      <w:r w:rsidRPr="0066020E">
        <w:rPr>
          <w:color w:val="1E293B"/>
          <w:sz w:val="19"/>
        </w:rPr>
        <w:t xml:space="preserve"> presentatie van maximaal vijf minuten</w:t>
      </w:r>
    </w:p>
    <w:sectPr w:rsidR="00113BF3" w:rsidSect="00034616">
      <w:headerReference w:type="default" r:id="rId8"/>
      <w:footerReference w:type="default" r:id="rId9"/>
      <w:pgSz w:w="12240" w:h="15840"/>
      <w:pgMar w:top="794" w:right="1020" w:bottom="765"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B6DF" w14:textId="77777777" w:rsidR="004E6325" w:rsidRPr="0066020E" w:rsidRDefault="004E6325">
      <w:pPr>
        <w:spacing w:after="0" w:line="240" w:lineRule="auto"/>
      </w:pPr>
      <w:r w:rsidRPr="0066020E">
        <w:separator/>
      </w:r>
    </w:p>
  </w:endnote>
  <w:endnote w:type="continuationSeparator" w:id="0">
    <w:p w14:paraId="12E452FE" w14:textId="77777777" w:rsidR="004E6325" w:rsidRPr="0066020E" w:rsidRDefault="004E6325">
      <w:pPr>
        <w:spacing w:after="0" w:line="240" w:lineRule="auto"/>
      </w:pPr>
      <w:r w:rsidRPr="006602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DA3B" w14:textId="77777777" w:rsidR="00113BF3" w:rsidRPr="0066020E" w:rsidRDefault="004E6325">
    <w:pPr>
      <w:pStyle w:val="Voettekst"/>
      <w:jc w:val="center"/>
    </w:pPr>
    <w:r w:rsidRPr="0066020E">
      <w:rPr>
        <w:color w:val="60758A"/>
        <w:sz w:val="16"/>
      </w:rPr>
      <w:t>Praktijkonderzoek  |  Taal en identiteit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BC104" w14:textId="77777777" w:rsidR="004E6325" w:rsidRPr="0066020E" w:rsidRDefault="004E6325">
      <w:pPr>
        <w:spacing w:after="0" w:line="240" w:lineRule="auto"/>
      </w:pPr>
      <w:r w:rsidRPr="0066020E">
        <w:separator/>
      </w:r>
    </w:p>
  </w:footnote>
  <w:footnote w:type="continuationSeparator" w:id="0">
    <w:p w14:paraId="626B27F8" w14:textId="77777777" w:rsidR="004E6325" w:rsidRPr="0066020E" w:rsidRDefault="004E6325">
      <w:pPr>
        <w:spacing w:after="0" w:line="240" w:lineRule="auto"/>
      </w:pPr>
      <w:r w:rsidRPr="006602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37C5" w14:textId="77777777" w:rsidR="00113BF3" w:rsidRPr="0066020E" w:rsidRDefault="004E6325">
    <w:pPr>
      <w:pStyle w:val="Koptekst"/>
      <w:jc w:val="right"/>
    </w:pPr>
    <w:r w:rsidRPr="0066020E">
      <w:rPr>
        <w:b/>
        <w:color w:val="1F4E78"/>
        <w:sz w:val="16"/>
      </w:rPr>
      <w:t>7VHO  |  ONDERZOEKSCOMPETENTIES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357927580">
    <w:abstractNumId w:val="8"/>
  </w:num>
  <w:num w:numId="2" w16cid:durableId="1496915974">
    <w:abstractNumId w:val="6"/>
  </w:num>
  <w:num w:numId="3" w16cid:durableId="244459035">
    <w:abstractNumId w:val="5"/>
  </w:num>
  <w:num w:numId="4" w16cid:durableId="979920850">
    <w:abstractNumId w:val="4"/>
  </w:num>
  <w:num w:numId="5" w16cid:durableId="1120611166">
    <w:abstractNumId w:val="7"/>
  </w:num>
  <w:num w:numId="6" w16cid:durableId="1798642769">
    <w:abstractNumId w:val="3"/>
  </w:num>
  <w:num w:numId="7" w16cid:durableId="946889719">
    <w:abstractNumId w:val="2"/>
  </w:num>
  <w:num w:numId="8" w16cid:durableId="261037954">
    <w:abstractNumId w:val="1"/>
  </w:num>
  <w:num w:numId="9" w16cid:durableId="132529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BF3"/>
    <w:rsid w:val="0015074B"/>
    <w:rsid w:val="0029639D"/>
    <w:rsid w:val="00326F90"/>
    <w:rsid w:val="004E6325"/>
    <w:rsid w:val="0066020E"/>
    <w:rsid w:val="00AA1D8D"/>
    <w:rsid w:val="00B47730"/>
    <w:rsid w:val="00C95C9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BACD9"/>
  <w14:defaultImageDpi w14:val="300"/>
  <w15:docId w15:val="{6AE12603-A6A1-40B8-8B16-260DB2304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eastAsia="Calibri" w:hAnsi="Calibri"/>
      <w:sz w:val="21"/>
      <w:lang w:val="nl-BE"/>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644</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Tijs Saron</cp:lastModifiedBy>
  <cp:revision>2</cp:revision>
  <dcterms:created xsi:type="dcterms:W3CDTF">2026-10-08T08:28:00Z</dcterms:created>
  <dcterms:modified xsi:type="dcterms:W3CDTF">2026-10-08T08:28:00Z</dcterms:modified>
  <cp:category/>
</cp:coreProperties>
</file>